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4979A" w14:textId="77777777" w:rsidR="0013513F" w:rsidRDefault="0013513F" w:rsidP="001B7386"/>
    <w:p w14:paraId="569EF0B0" w14:textId="7027A30A" w:rsidR="0013513F" w:rsidRPr="00A06CDC" w:rsidRDefault="0013513F" w:rsidP="00A06CDC">
      <w:pPr>
        <w:jc w:val="center"/>
        <w:rPr>
          <w:b/>
          <w:bCs/>
          <w:u w:val="single"/>
        </w:rPr>
      </w:pPr>
      <w:r w:rsidRPr="00A06CDC">
        <w:rPr>
          <w:b/>
          <w:bCs/>
          <w:u w:val="single"/>
        </w:rPr>
        <w:t>Manual Analysis</w:t>
      </w:r>
    </w:p>
    <w:p w14:paraId="686FA592" w14:textId="5AA078B4" w:rsidR="0013513F" w:rsidRDefault="0013513F" w:rsidP="001B7386">
      <w:r>
        <w:t xml:space="preserve">For this </w:t>
      </w:r>
      <w:r w:rsidR="00231FDC">
        <w:t>project,</w:t>
      </w:r>
      <w:r>
        <w:t xml:space="preserve"> I had a discussion with the RD at </w:t>
      </w:r>
      <w:proofErr w:type="gramStart"/>
      <w:r>
        <w:t>Aramark</w:t>
      </w:r>
      <w:proofErr w:type="gramEnd"/>
      <w:r>
        <w:t xml:space="preserve"> and she said they don’t have special menus with low Cholesterol, Sodium or controlled CHO</w:t>
      </w:r>
      <w:r w:rsidR="00D66C89">
        <w:t>, as they follow regulation sent forth by the USADA. Special Menus are created on per-case basis All</w:t>
      </w:r>
      <w:r w:rsidR="00C91BA7">
        <w:t xml:space="preserve"> the bread used for sandwiches is whole grain, they </w:t>
      </w:r>
      <w:r w:rsidR="00D66C89">
        <w:t>limit</w:t>
      </w:r>
      <w:r w:rsidR="00C91BA7">
        <w:t xml:space="preserve"> added </w:t>
      </w:r>
      <w:r w:rsidR="00D66C89">
        <w:t>sugars,</w:t>
      </w:r>
      <w:r w:rsidR="00C91BA7">
        <w:t xml:space="preserve"> </w:t>
      </w:r>
      <w:r w:rsidR="00D66C89">
        <w:t>according to federal regulation and</w:t>
      </w:r>
      <w:r w:rsidR="00C91BA7">
        <w:t xml:space="preserve"> they have Lactose free milk for kids with lactose intolerance.</w:t>
      </w:r>
    </w:p>
    <w:p w14:paraId="00C9D0AA" w14:textId="3C02502B" w:rsidR="00C91BA7" w:rsidRDefault="0013513F" w:rsidP="001B7386">
      <w:r>
        <w:t>The</w:t>
      </w:r>
      <w:r w:rsidR="00D66C89">
        <w:t xml:space="preserve">y </w:t>
      </w:r>
      <w:r>
        <w:t xml:space="preserve">Follow us USDA school </w:t>
      </w:r>
      <w:r w:rsidR="00D66C89">
        <w:t>nutrition guidelines</w:t>
      </w:r>
      <w:r>
        <w:t xml:space="preserve"> for all meals and even snacks sold at ALA cart </w:t>
      </w:r>
      <w:r w:rsidR="00231FDC">
        <w:t xml:space="preserve">they check each and every item in the ALA cart station using this </w:t>
      </w:r>
      <w:hyperlink r:id="rId6" w:history="1">
        <w:r w:rsidR="00D66C89" w:rsidRPr="00231FDC">
          <w:rPr>
            <w:rStyle w:val="Hyperlink"/>
          </w:rPr>
          <w:t>websit</w:t>
        </w:r>
        <w:r w:rsidR="00D66C89" w:rsidRPr="00231FDC">
          <w:rPr>
            <w:rStyle w:val="Hyperlink"/>
          </w:rPr>
          <w:t>e</w:t>
        </w:r>
        <w:r w:rsidR="00D66C89">
          <w:rPr>
            <w:rStyle w:val="Hyperlink"/>
          </w:rPr>
          <w:t xml:space="preserve"> to insure compliance</w:t>
        </w:r>
        <w:r w:rsidR="00D66C89">
          <w:rPr>
            <w:rStyle w:val="Hyperlink"/>
          </w:rPr>
          <w:t xml:space="preserve">, </w:t>
        </w:r>
      </w:hyperlink>
      <w:r w:rsidR="00231FDC">
        <w:t xml:space="preserve"> on the other hand they use USAD ( A guide to Smart Snacks in School) and I am attaching </w:t>
      </w:r>
      <w:r w:rsidR="00D66C89">
        <w:t xml:space="preserve">a </w:t>
      </w:r>
      <w:r w:rsidR="00231FDC">
        <w:t xml:space="preserve">picture </w:t>
      </w:r>
      <w:r w:rsidR="00D66C89">
        <w:t>a</w:t>
      </w:r>
      <w:r w:rsidR="00231FDC">
        <w:t>s an example from this manual.</w:t>
      </w:r>
      <w:r w:rsidR="00C91BA7">
        <w:t xml:space="preserve"> </w:t>
      </w:r>
      <w:r w:rsidR="00C91BA7">
        <w:br/>
      </w:r>
    </w:p>
    <w:p w14:paraId="668137F4" w14:textId="7B13D713" w:rsidR="00C91BA7" w:rsidRPr="00C91BA7" w:rsidRDefault="00C91BA7" w:rsidP="00C91BA7">
      <w:pPr>
        <w:rPr>
          <w:noProof/>
        </w:rPr>
      </w:pPr>
      <w:r w:rsidRPr="00C91BA7">
        <w:rPr>
          <w:color w:val="76923C" w:themeColor="accent3" w:themeShade="BF"/>
        </w:rPr>
        <w:t>USDA Sodium limit for school lunch and breakfast.</w:t>
      </w:r>
      <w:r w:rsidR="00231FDC">
        <w:br/>
      </w:r>
      <w:r w:rsidR="00231FDC">
        <w:rPr>
          <w:noProof/>
        </w:rPr>
        <w:drawing>
          <wp:inline distT="0" distB="0" distL="0" distR="0" wp14:anchorId="0E5999E2" wp14:editId="1570FF4A">
            <wp:extent cx="5485341" cy="2489928"/>
            <wp:effectExtent l="0" t="0" r="1270" b="0"/>
            <wp:docPr id="134255517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5178" name="Picture 1" descr="A white sheet with black text&#10;&#10;AI-generated content may be incorrect."/>
                    <pic:cNvPicPr/>
                  </pic:nvPicPr>
                  <pic:blipFill rotWithShape="1">
                    <a:blip r:embed="rId7"/>
                    <a:srcRect t="4554" b="22818"/>
                    <a:stretch>
                      <a:fillRect/>
                    </a:stretch>
                  </pic:blipFill>
                  <pic:spPr bwMode="auto">
                    <a:xfrm>
                      <a:off x="0" y="0"/>
                      <a:ext cx="5486400" cy="2490409"/>
                    </a:xfrm>
                    <a:prstGeom prst="rect">
                      <a:avLst/>
                    </a:prstGeom>
                    <a:ln>
                      <a:noFill/>
                    </a:ln>
                    <a:extLst>
                      <a:ext uri="{53640926-AAD7-44D8-BBD7-CCE9431645EC}">
                        <a14:shadowObscured xmlns:a14="http://schemas.microsoft.com/office/drawing/2010/main"/>
                      </a:ext>
                    </a:extLst>
                  </pic:spPr>
                </pic:pic>
              </a:graphicData>
            </a:graphic>
          </wp:inline>
        </w:drawing>
      </w:r>
    </w:p>
    <w:p w14:paraId="3DA6FCCB" w14:textId="3CEC956D" w:rsidR="00C91BA7" w:rsidRPr="00C91BA7" w:rsidRDefault="00C91BA7" w:rsidP="00C91BA7">
      <w:pPr>
        <w:rPr>
          <w:color w:val="76923C" w:themeColor="accent3" w:themeShade="BF"/>
        </w:rPr>
      </w:pPr>
      <w:r w:rsidRPr="00C91BA7">
        <w:rPr>
          <w:color w:val="76923C" w:themeColor="accent3" w:themeShade="BF"/>
        </w:rPr>
        <w:t xml:space="preserve">USDA recommendation from each food group for all student ages per Week </w:t>
      </w:r>
      <w:r w:rsidR="00D66C89">
        <w:rPr>
          <w:color w:val="76923C" w:themeColor="accent3" w:themeShade="BF"/>
        </w:rPr>
        <w:t>for lunches</w:t>
      </w:r>
    </w:p>
    <w:p w14:paraId="332303BA" w14:textId="3ED337AF" w:rsidR="00C91BA7" w:rsidRDefault="00C91BA7" w:rsidP="00C91BA7">
      <w:r>
        <w:rPr>
          <w:noProof/>
        </w:rPr>
        <w:lastRenderedPageBreak/>
        <w:drawing>
          <wp:inline distT="0" distB="0" distL="0" distR="0" wp14:anchorId="480BFA2F" wp14:editId="415B454F">
            <wp:extent cx="5010614" cy="3458721"/>
            <wp:effectExtent l="0" t="0" r="0" b="0"/>
            <wp:docPr id="1755846646" name="Picture 2" descr="A screenshot of a food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46646" name="Picture 2" descr="A screenshot of a food list&#10;&#10;AI-generated content may be incorrect."/>
                    <pic:cNvPicPr/>
                  </pic:nvPicPr>
                  <pic:blipFill rotWithShape="1">
                    <a:blip r:embed="rId8"/>
                    <a:srcRect l="26423" t="10997" r="3247" b="11327"/>
                    <a:stretch>
                      <a:fillRect/>
                    </a:stretch>
                  </pic:blipFill>
                  <pic:spPr bwMode="auto">
                    <a:xfrm>
                      <a:off x="0" y="0"/>
                      <a:ext cx="5053949" cy="3488634"/>
                    </a:xfrm>
                    <a:prstGeom prst="rect">
                      <a:avLst/>
                    </a:prstGeom>
                    <a:ln>
                      <a:noFill/>
                    </a:ln>
                    <a:extLst>
                      <a:ext uri="{53640926-AAD7-44D8-BBD7-CCE9431645EC}">
                        <a14:shadowObscured xmlns:a14="http://schemas.microsoft.com/office/drawing/2010/main"/>
                      </a:ext>
                    </a:extLst>
                  </pic:spPr>
                </pic:pic>
              </a:graphicData>
            </a:graphic>
          </wp:inline>
        </w:drawing>
      </w:r>
    </w:p>
    <w:p w14:paraId="7BCDFAAA" w14:textId="43FD1A67" w:rsidR="00C91BA7" w:rsidRDefault="00231FDC" w:rsidP="00C91BA7">
      <w:r>
        <w:t xml:space="preserve">All the students have more than one choice for their lunch meal and can </w:t>
      </w:r>
      <w:r w:rsidR="00C91BA7">
        <w:t>create</w:t>
      </w:r>
      <w:r>
        <w:t xml:space="preserve"> their own special meal to be low in sodium or fat or controlled </w:t>
      </w:r>
      <w:r w:rsidR="00C91BA7">
        <w:t xml:space="preserve">CHO. </w:t>
      </w:r>
      <w:proofErr w:type="gramStart"/>
      <w:r w:rsidR="00C91BA7">
        <w:t>So</w:t>
      </w:r>
      <w:proofErr w:type="gramEnd"/>
      <w:r w:rsidR="00C91BA7">
        <w:t xml:space="preserve"> I only </w:t>
      </w:r>
      <w:r w:rsidR="00D66C89">
        <w:t>created</w:t>
      </w:r>
      <w:r w:rsidR="00C91BA7">
        <w:t xml:space="preserve"> meal using the regular menu to choose the appropriate choice that fits each special diet requirements. For example:</w:t>
      </w:r>
    </w:p>
    <w:p w14:paraId="1EDEDE87" w14:textId="1AD5EFFA" w:rsidR="0013513F" w:rsidRDefault="0013513F" w:rsidP="0013513F">
      <w:r>
        <w:t xml:space="preserve">• Cheese-heavy sandwiches and processed meats </w:t>
      </w:r>
      <w:r w:rsidR="00C91BA7">
        <w:t>(</w:t>
      </w:r>
      <w:r>
        <w:t>ham, hot dogs) drive sodium above 1,000 mg per entrée. Use low-sodium deli meats, reduce cheese to 1 slice (28 g), and choose whole fruits over juice to lower sodium while maintaining nutrition.</w:t>
      </w:r>
    </w:p>
    <w:p w14:paraId="670BA4B3" w14:textId="02D41246" w:rsidR="0013513F" w:rsidRDefault="0013513F" w:rsidP="0013513F">
      <w:r>
        <w:t>• For CHO control, pair sandwiches/buns with non-starchy vegetables and whole fruits; avoid tater tots and juice. Aim for 45–60 g CHO per meal by limiting bread to one 2-slice serving and selecting fruit cups (18–22 g CHO).</w:t>
      </w:r>
    </w:p>
    <w:p w14:paraId="44BA680E" w14:textId="77777777" w:rsidR="0013513F" w:rsidRDefault="0013513F" w:rsidP="0013513F">
      <w:r>
        <w:t>• To keep cholesterol ≤200 mg/day, lean/plant proteins (PB&amp;J, beans) and egg portions ≤2 oz help. Limit cheese and breaded/fried items; when serving burgers or chicken patties, use low-fat cheese or omit cheese.</w:t>
      </w:r>
    </w:p>
    <w:p w14:paraId="3E36B2AF" w14:textId="6DFCDE26" w:rsidR="0013513F" w:rsidRDefault="00C91BA7" w:rsidP="0013513F">
      <w:r>
        <w:t xml:space="preserve">On the other </w:t>
      </w:r>
      <w:proofErr w:type="gramStart"/>
      <w:r>
        <w:t>hand</w:t>
      </w:r>
      <w:proofErr w:type="gramEnd"/>
      <w:r>
        <w:t xml:space="preserve"> created a </w:t>
      </w:r>
      <w:proofErr w:type="gramStart"/>
      <w:r w:rsidRPr="00C91BA7">
        <w:rPr>
          <w:b/>
          <w:bCs/>
          <w:color w:val="76923C" w:themeColor="accent3" w:themeShade="BF"/>
          <w:sz w:val="24"/>
          <w:szCs w:val="24"/>
          <w:u w:val="single"/>
        </w:rPr>
        <w:t>5 day</w:t>
      </w:r>
      <w:proofErr w:type="gramEnd"/>
      <w:r w:rsidRPr="00C91BA7">
        <w:rPr>
          <w:b/>
          <w:bCs/>
          <w:color w:val="76923C" w:themeColor="accent3" w:themeShade="BF"/>
          <w:sz w:val="24"/>
          <w:szCs w:val="24"/>
          <w:u w:val="single"/>
        </w:rPr>
        <w:t xml:space="preserve"> Gluten Free menu</w:t>
      </w:r>
      <w:r w:rsidRPr="00C91BA7">
        <w:rPr>
          <w:color w:val="76923C" w:themeColor="accent3" w:themeShade="BF"/>
          <w:sz w:val="24"/>
          <w:szCs w:val="24"/>
        </w:rPr>
        <w:t xml:space="preserve"> </w:t>
      </w:r>
      <w:r>
        <w:t xml:space="preserve">for kids, so they can give it to parents of kids with Celiac or Gluten Allergy, my Preceptor </w:t>
      </w:r>
      <w:proofErr w:type="gramStart"/>
      <w:r>
        <w:t xml:space="preserve">( </w:t>
      </w:r>
      <w:proofErr w:type="spellStart"/>
      <w:r>
        <w:t>ALehea</w:t>
      </w:r>
      <w:proofErr w:type="spellEnd"/>
      <w:proofErr w:type="gramEnd"/>
      <w:r>
        <w:t xml:space="preserve">) suggested if we create this </w:t>
      </w:r>
      <w:proofErr w:type="gramStart"/>
      <w:r>
        <w:t>menu</w:t>
      </w:r>
      <w:proofErr w:type="gramEnd"/>
      <w:r>
        <w:t xml:space="preserve"> it will be helpful because they started to see</w:t>
      </w:r>
      <w:r w:rsidR="00D66C89">
        <w:t xml:space="preserve"> an</w:t>
      </w:r>
      <w:r>
        <w:t xml:space="preserve"> increasing number </w:t>
      </w:r>
      <w:r w:rsidR="00D66C89">
        <w:t xml:space="preserve">of students with Celiac or Gluten sensitivity. </w:t>
      </w:r>
    </w:p>
    <w:p w14:paraId="3647A1D0" w14:textId="77777777" w:rsidR="0013513F" w:rsidRDefault="0013513F" w:rsidP="001B7386"/>
    <w:p w14:paraId="59C224F0" w14:textId="77777777" w:rsidR="0013513F" w:rsidRDefault="0013513F" w:rsidP="001B7386"/>
    <w:p w14:paraId="455A3C7F" w14:textId="77777777" w:rsidR="00C71C90" w:rsidRDefault="00C71C90" w:rsidP="001B7386"/>
    <w:p w14:paraId="7861033F" w14:textId="77777777" w:rsidR="00A00906" w:rsidRDefault="00A00906" w:rsidP="001B7386">
      <w:r w:rsidRPr="003F09F8">
        <w:t>(manual analysis using USDA/K–12 reference portions).</w:t>
      </w:r>
    </w:p>
    <w:p w14:paraId="3CC66EEA" w14:textId="18E3522A" w:rsidR="00A00906" w:rsidRDefault="00A00906" w:rsidP="001B7386">
      <w:r>
        <w:t>Manual analysis for food items in lunch menu at south Scranton intermediate school in September</w:t>
      </w:r>
      <w:r w:rsidR="001B7386">
        <w:t xml:space="preserve">, I chose 3 days to do (Monday, Tuesday, Wednesday) </w:t>
      </w:r>
    </w:p>
    <w:p w14:paraId="73DEEB12" w14:textId="77777777" w:rsidR="001B7386" w:rsidRDefault="001B7386" w:rsidP="001B7386">
      <w:pPr>
        <w:jc w:val="center"/>
      </w:pPr>
      <w:r w:rsidRPr="001B7386">
        <w:rPr>
          <w:b/>
          <w:bCs/>
        </w:rPr>
        <w:t>Regular diet menu:</w:t>
      </w:r>
      <w:r>
        <w:t xml:space="preserve"> </w:t>
      </w:r>
    </w:p>
    <w:p w14:paraId="69F16CE9" w14:textId="0FDB8736" w:rsidR="003F09F8" w:rsidRPr="003F09F8" w:rsidRDefault="001B7386" w:rsidP="001B7386">
      <w:r>
        <w:t xml:space="preserve">Day: </w:t>
      </w:r>
      <w:r w:rsidRPr="001B7386">
        <w:rPr>
          <w:b/>
          <w:bCs/>
        </w:rPr>
        <w:t>Monday</w:t>
      </w:r>
    </w:p>
    <w:tbl>
      <w:tblPr>
        <w:tblStyle w:val="GridTable1Light-Accent2"/>
        <w:tblW w:w="0" w:type="auto"/>
        <w:tblLook w:val="04A0" w:firstRow="1" w:lastRow="0" w:firstColumn="1" w:lastColumn="0" w:noHBand="0" w:noVBand="1"/>
      </w:tblPr>
      <w:tblGrid>
        <w:gridCol w:w="534"/>
        <w:gridCol w:w="2409"/>
        <w:gridCol w:w="709"/>
        <w:gridCol w:w="977"/>
        <w:gridCol w:w="848"/>
        <w:gridCol w:w="830"/>
        <w:gridCol w:w="832"/>
        <w:gridCol w:w="982"/>
      </w:tblGrid>
      <w:tr w:rsidR="00A00906" w14:paraId="35283500" w14:textId="77777777" w:rsidTr="001B7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9F1B682" w14:textId="77777777" w:rsidR="00A00906" w:rsidRDefault="00A00906">
            <w:r>
              <w:t>#</w:t>
            </w:r>
          </w:p>
        </w:tc>
        <w:tc>
          <w:tcPr>
            <w:tcW w:w="2409" w:type="dxa"/>
          </w:tcPr>
          <w:p w14:paraId="68F357A4" w14:textId="77777777" w:rsidR="00A00906" w:rsidRDefault="00A00906">
            <w:pPr>
              <w:cnfStyle w:val="100000000000" w:firstRow="1" w:lastRow="0" w:firstColumn="0" w:lastColumn="0" w:oddVBand="0" w:evenVBand="0" w:oddHBand="0" w:evenHBand="0" w:firstRowFirstColumn="0" w:firstRowLastColumn="0" w:lastRowFirstColumn="0" w:lastRowLastColumn="0"/>
            </w:pPr>
            <w:r>
              <w:t>Entrée</w:t>
            </w:r>
          </w:p>
        </w:tc>
        <w:tc>
          <w:tcPr>
            <w:tcW w:w="709" w:type="dxa"/>
          </w:tcPr>
          <w:p w14:paraId="5A76142E" w14:textId="7A2B1C88" w:rsidR="00A00906" w:rsidRDefault="001B7386">
            <w:pPr>
              <w:cnfStyle w:val="100000000000" w:firstRow="1" w:lastRow="0" w:firstColumn="0" w:lastColumn="0" w:oddVBand="0" w:evenVBand="0" w:oddHBand="0" w:evenHBand="0" w:firstRowFirstColumn="0" w:firstRowLastColumn="0" w:lastRowFirstColumn="0" w:lastRowLastColumn="0"/>
            </w:pPr>
            <w:r>
              <w:t>Kcal</w:t>
            </w:r>
          </w:p>
        </w:tc>
        <w:tc>
          <w:tcPr>
            <w:tcW w:w="977" w:type="dxa"/>
          </w:tcPr>
          <w:p w14:paraId="7EF10E3C" w14:textId="77777777" w:rsidR="00A00906" w:rsidRDefault="00A00906">
            <w:pPr>
              <w:cnfStyle w:val="100000000000" w:firstRow="1" w:lastRow="0" w:firstColumn="0" w:lastColumn="0" w:oddVBand="0" w:evenVBand="0" w:oddHBand="0" w:evenHBand="0" w:firstRowFirstColumn="0" w:firstRowLastColumn="0" w:lastRowFirstColumn="0" w:lastRowLastColumn="0"/>
            </w:pPr>
            <w:r>
              <w:t>Protein</w:t>
            </w:r>
          </w:p>
        </w:tc>
        <w:tc>
          <w:tcPr>
            <w:tcW w:w="848" w:type="dxa"/>
          </w:tcPr>
          <w:p w14:paraId="00BC18B9" w14:textId="77777777" w:rsidR="00A00906" w:rsidRDefault="00A00906">
            <w:pPr>
              <w:cnfStyle w:val="100000000000" w:firstRow="1" w:lastRow="0" w:firstColumn="0" w:lastColumn="0" w:oddVBand="0" w:evenVBand="0" w:oddHBand="0" w:evenHBand="0" w:firstRowFirstColumn="0" w:firstRowLastColumn="0" w:lastRowFirstColumn="0" w:lastRowLastColumn="0"/>
            </w:pPr>
            <w:r>
              <w:t>Carbs</w:t>
            </w:r>
          </w:p>
        </w:tc>
        <w:tc>
          <w:tcPr>
            <w:tcW w:w="830" w:type="dxa"/>
          </w:tcPr>
          <w:p w14:paraId="4B0D2D86" w14:textId="77777777" w:rsidR="00A00906" w:rsidRDefault="00A00906">
            <w:pPr>
              <w:cnfStyle w:val="100000000000" w:firstRow="1" w:lastRow="0" w:firstColumn="0" w:lastColumn="0" w:oddVBand="0" w:evenVBand="0" w:oddHBand="0" w:evenHBand="0" w:firstRowFirstColumn="0" w:firstRowLastColumn="0" w:lastRowFirstColumn="0" w:lastRowLastColumn="0"/>
            </w:pPr>
            <w:r>
              <w:t>Fat</w:t>
            </w:r>
          </w:p>
        </w:tc>
        <w:tc>
          <w:tcPr>
            <w:tcW w:w="832" w:type="dxa"/>
          </w:tcPr>
          <w:p w14:paraId="154167D7" w14:textId="77777777" w:rsidR="00A00906" w:rsidRDefault="00A00906">
            <w:pPr>
              <w:cnfStyle w:val="100000000000" w:firstRow="1" w:lastRow="0" w:firstColumn="0" w:lastColumn="0" w:oddVBand="0" w:evenVBand="0" w:oddHBand="0" w:evenHBand="0" w:firstRowFirstColumn="0" w:firstRowLastColumn="0" w:lastRowFirstColumn="0" w:lastRowLastColumn="0"/>
            </w:pPr>
            <w:r>
              <w:t>Chol</w:t>
            </w:r>
          </w:p>
        </w:tc>
        <w:tc>
          <w:tcPr>
            <w:tcW w:w="982" w:type="dxa"/>
          </w:tcPr>
          <w:p w14:paraId="09396F29" w14:textId="77777777" w:rsidR="00A00906" w:rsidRDefault="00A00906">
            <w:pPr>
              <w:cnfStyle w:val="100000000000" w:firstRow="1" w:lastRow="0" w:firstColumn="0" w:lastColumn="0" w:oddVBand="0" w:evenVBand="0" w:oddHBand="0" w:evenHBand="0" w:firstRowFirstColumn="0" w:firstRowLastColumn="0" w:lastRowFirstColumn="0" w:lastRowLastColumn="0"/>
            </w:pPr>
            <w:r>
              <w:t>Sodium</w:t>
            </w:r>
          </w:p>
        </w:tc>
      </w:tr>
      <w:tr w:rsidR="00A00906" w14:paraId="09BF16B8" w14:textId="77777777" w:rsidTr="001B7386">
        <w:tc>
          <w:tcPr>
            <w:cnfStyle w:val="001000000000" w:firstRow="0" w:lastRow="0" w:firstColumn="1" w:lastColumn="0" w:oddVBand="0" w:evenVBand="0" w:oddHBand="0" w:evenHBand="0" w:firstRowFirstColumn="0" w:firstRowLastColumn="0" w:lastRowFirstColumn="0" w:lastRowLastColumn="0"/>
            <w:tcW w:w="534" w:type="dxa"/>
          </w:tcPr>
          <w:p w14:paraId="62861717" w14:textId="77777777" w:rsidR="00A00906" w:rsidRDefault="00A00906">
            <w:r>
              <w:t>1</w:t>
            </w:r>
          </w:p>
        </w:tc>
        <w:tc>
          <w:tcPr>
            <w:tcW w:w="2409" w:type="dxa"/>
          </w:tcPr>
          <w:p w14:paraId="4D30C23E" w14:textId="77777777" w:rsidR="00A00906" w:rsidRDefault="00A00906">
            <w:pPr>
              <w:cnfStyle w:val="000000000000" w:firstRow="0" w:lastRow="0" w:firstColumn="0" w:lastColumn="0" w:oddVBand="0" w:evenVBand="0" w:oddHBand="0" w:evenHBand="0" w:firstRowFirstColumn="0" w:firstRowLastColumn="0" w:lastRowFirstColumn="0" w:lastRowLastColumn="0"/>
            </w:pPr>
            <w:r>
              <w:t>Beef Soft Tacos (2)</w:t>
            </w:r>
          </w:p>
        </w:tc>
        <w:tc>
          <w:tcPr>
            <w:tcW w:w="709" w:type="dxa"/>
          </w:tcPr>
          <w:p w14:paraId="6298AC26" w14:textId="77777777" w:rsidR="00A00906" w:rsidRDefault="00A00906">
            <w:pPr>
              <w:cnfStyle w:val="000000000000" w:firstRow="0" w:lastRow="0" w:firstColumn="0" w:lastColumn="0" w:oddVBand="0" w:evenVBand="0" w:oddHBand="0" w:evenHBand="0" w:firstRowFirstColumn="0" w:firstRowLastColumn="0" w:lastRowFirstColumn="0" w:lastRowLastColumn="0"/>
            </w:pPr>
            <w:r>
              <w:t>520</w:t>
            </w:r>
          </w:p>
        </w:tc>
        <w:tc>
          <w:tcPr>
            <w:tcW w:w="977" w:type="dxa"/>
          </w:tcPr>
          <w:p w14:paraId="16110FAA" w14:textId="77777777" w:rsidR="00A00906" w:rsidRDefault="00A00906">
            <w:pPr>
              <w:cnfStyle w:val="000000000000" w:firstRow="0" w:lastRow="0" w:firstColumn="0" w:lastColumn="0" w:oddVBand="0" w:evenVBand="0" w:oddHBand="0" w:evenHBand="0" w:firstRowFirstColumn="0" w:firstRowLastColumn="0" w:lastRowFirstColumn="0" w:lastRowLastColumn="0"/>
            </w:pPr>
            <w:r>
              <w:t>33</w:t>
            </w:r>
          </w:p>
        </w:tc>
        <w:tc>
          <w:tcPr>
            <w:tcW w:w="848" w:type="dxa"/>
          </w:tcPr>
          <w:p w14:paraId="2792A8C7" w14:textId="77777777" w:rsidR="00A00906" w:rsidRDefault="00A00906">
            <w:pPr>
              <w:cnfStyle w:val="000000000000" w:firstRow="0" w:lastRow="0" w:firstColumn="0" w:lastColumn="0" w:oddVBand="0" w:evenVBand="0" w:oddHBand="0" w:evenHBand="0" w:firstRowFirstColumn="0" w:firstRowLastColumn="0" w:lastRowFirstColumn="0" w:lastRowLastColumn="0"/>
            </w:pPr>
            <w:r>
              <w:t>36</w:t>
            </w:r>
          </w:p>
        </w:tc>
        <w:tc>
          <w:tcPr>
            <w:tcW w:w="830" w:type="dxa"/>
          </w:tcPr>
          <w:p w14:paraId="4061A0BA" w14:textId="77777777" w:rsidR="00A00906" w:rsidRDefault="00A00906">
            <w:pPr>
              <w:cnfStyle w:val="000000000000" w:firstRow="0" w:lastRow="0" w:firstColumn="0" w:lastColumn="0" w:oddVBand="0" w:evenVBand="0" w:oddHBand="0" w:evenHBand="0" w:firstRowFirstColumn="0" w:firstRowLastColumn="0" w:lastRowFirstColumn="0" w:lastRowLastColumn="0"/>
            </w:pPr>
            <w:r>
              <w:t>27.0</w:t>
            </w:r>
          </w:p>
        </w:tc>
        <w:tc>
          <w:tcPr>
            <w:tcW w:w="832" w:type="dxa"/>
          </w:tcPr>
          <w:p w14:paraId="02A8F3E4" w14:textId="77777777" w:rsidR="00A00906" w:rsidRDefault="00A00906">
            <w:pPr>
              <w:cnfStyle w:val="000000000000" w:firstRow="0" w:lastRow="0" w:firstColumn="0" w:lastColumn="0" w:oddVBand="0" w:evenVBand="0" w:oddHBand="0" w:evenHBand="0" w:firstRowFirstColumn="0" w:firstRowLastColumn="0" w:lastRowFirstColumn="0" w:lastRowLastColumn="0"/>
            </w:pPr>
            <w:r>
              <w:t>100</w:t>
            </w:r>
          </w:p>
        </w:tc>
        <w:tc>
          <w:tcPr>
            <w:tcW w:w="982" w:type="dxa"/>
          </w:tcPr>
          <w:p w14:paraId="26A12BC0" w14:textId="77777777" w:rsidR="00A00906" w:rsidRDefault="00A00906">
            <w:pPr>
              <w:cnfStyle w:val="000000000000" w:firstRow="0" w:lastRow="0" w:firstColumn="0" w:lastColumn="0" w:oddVBand="0" w:evenVBand="0" w:oddHBand="0" w:evenHBand="0" w:firstRowFirstColumn="0" w:firstRowLastColumn="0" w:lastRowFirstColumn="0" w:lastRowLastColumn="0"/>
            </w:pPr>
            <w:r>
              <w:t>975</w:t>
            </w:r>
          </w:p>
        </w:tc>
      </w:tr>
      <w:tr w:rsidR="00A00906" w14:paraId="2AC8E82E" w14:textId="77777777" w:rsidTr="001B7386">
        <w:tc>
          <w:tcPr>
            <w:cnfStyle w:val="001000000000" w:firstRow="0" w:lastRow="0" w:firstColumn="1" w:lastColumn="0" w:oddVBand="0" w:evenVBand="0" w:oddHBand="0" w:evenHBand="0" w:firstRowFirstColumn="0" w:firstRowLastColumn="0" w:lastRowFirstColumn="0" w:lastRowLastColumn="0"/>
            <w:tcW w:w="534" w:type="dxa"/>
          </w:tcPr>
          <w:p w14:paraId="02D74FDD" w14:textId="77777777" w:rsidR="00A00906" w:rsidRDefault="00A00906">
            <w:r>
              <w:t>2</w:t>
            </w:r>
          </w:p>
        </w:tc>
        <w:tc>
          <w:tcPr>
            <w:tcW w:w="2409" w:type="dxa"/>
          </w:tcPr>
          <w:p w14:paraId="191F7B8C" w14:textId="77777777" w:rsidR="00A00906" w:rsidRDefault="00A00906">
            <w:pPr>
              <w:cnfStyle w:val="000000000000" w:firstRow="0" w:lastRow="0" w:firstColumn="0" w:lastColumn="0" w:oddVBand="0" w:evenVBand="0" w:oddHBand="0" w:evenHBand="0" w:firstRowFirstColumn="0" w:firstRowLastColumn="0" w:lastRowFirstColumn="0" w:lastRowLastColumn="0"/>
            </w:pPr>
            <w:r>
              <w:t>Corn Dog</w:t>
            </w:r>
          </w:p>
        </w:tc>
        <w:tc>
          <w:tcPr>
            <w:tcW w:w="709" w:type="dxa"/>
          </w:tcPr>
          <w:p w14:paraId="67D36E6B" w14:textId="77777777" w:rsidR="00A00906" w:rsidRDefault="00A00906">
            <w:pPr>
              <w:cnfStyle w:val="000000000000" w:firstRow="0" w:lastRow="0" w:firstColumn="0" w:lastColumn="0" w:oddVBand="0" w:evenVBand="0" w:oddHBand="0" w:evenHBand="0" w:firstRowFirstColumn="0" w:firstRowLastColumn="0" w:lastRowFirstColumn="0" w:lastRowLastColumn="0"/>
            </w:pPr>
            <w:r>
              <w:t>240</w:t>
            </w:r>
          </w:p>
        </w:tc>
        <w:tc>
          <w:tcPr>
            <w:tcW w:w="977" w:type="dxa"/>
          </w:tcPr>
          <w:p w14:paraId="353FF76F" w14:textId="77777777" w:rsidR="00A00906" w:rsidRDefault="00A00906">
            <w:pPr>
              <w:cnfStyle w:val="000000000000" w:firstRow="0" w:lastRow="0" w:firstColumn="0" w:lastColumn="0" w:oddVBand="0" w:evenVBand="0" w:oddHBand="0" w:evenHBand="0" w:firstRowFirstColumn="0" w:firstRowLastColumn="0" w:lastRowFirstColumn="0" w:lastRowLastColumn="0"/>
            </w:pPr>
            <w:r>
              <w:t>7</w:t>
            </w:r>
          </w:p>
        </w:tc>
        <w:tc>
          <w:tcPr>
            <w:tcW w:w="848" w:type="dxa"/>
          </w:tcPr>
          <w:p w14:paraId="72041AC3" w14:textId="77777777" w:rsidR="00A00906" w:rsidRDefault="00A00906">
            <w:pPr>
              <w:cnfStyle w:val="000000000000" w:firstRow="0" w:lastRow="0" w:firstColumn="0" w:lastColumn="0" w:oddVBand="0" w:evenVBand="0" w:oddHBand="0" w:evenHBand="0" w:firstRowFirstColumn="0" w:firstRowLastColumn="0" w:lastRowFirstColumn="0" w:lastRowLastColumn="0"/>
            </w:pPr>
            <w:r>
              <w:t>30</w:t>
            </w:r>
          </w:p>
        </w:tc>
        <w:tc>
          <w:tcPr>
            <w:tcW w:w="830" w:type="dxa"/>
          </w:tcPr>
          <w:p w14:paraId="2283A8F2" w14:textId="77777777" w:rsidR="00A00906" w:rsidRDefault="00A00906">
            <w:pPr>
              <w:cnfStyle w:val="000000000000" w:firstRow="0" w:lastRow="0" w:firstColumn="0" w:lastColumn="0" w:oddVBand="0" w:evenVBand="0" w:oddHBand="0" w:evenHBand="0" w:firstRowFirstColumn="0" w:firstRowLastColumn="0" w:lastRowFirstColumn="0" w:lastRowLastColumn="0"/>
            </w:pPr>
            <w:r>
              <w:t>10.0</w:t>
            </w:r>
          </w:p>
        </w:tc>
        <w:tc>
          <w:tcPr>
            <w:tcW w:w="832" w:type="dxa"/>
          </w:tcPr>
          <w:p w14:paraId="69014271" w14:textId="77777777" w:rsidR="00A00906" w:rsidRDefault="00A00906">
            <w:pPr>
              <w:cnfStyle w:val="000000000000" w:firstRow="0" w:lastRow="0" w:firstColumn="0" w:lastColumn="0" w:oddVBand="0" w:evenVBand="0" w:oddHBand="0" w:evenHBand="0" w:firstRowFirstColumn="0" w:firstRowLastColumn="0" w:lastRowFirstColumn="0" w:lastRowLastColumn="0"/>
            </w:pPr>
            <w:r>
              <w:t>35</w:t>
            </w:r>
          </w:p>
        </w:tc>
        <w:tc>
          <w:tcPr>
            <w:tcW w:w="982" w:type="dxa"/>
          </w:tcPr>
          <w:p w14:paraId="705ECF07" w14:textId="77777777" w:rsidR="00A00906" w:rsidRDefault="00A00906">
            <w:pPr>
              <w:cnfStyle w:val="000000000000" w:firstRow="0" w:lastRow="0" w:firstColumn="0" w:lastColumn="0" w:oddVBand="0" w:evenVBand="0" w:oddHBand="0" w:evenHBand="0" w:firstRowFirstColumn="0" w:firstRowLastColumn="0" w:lastRowFirstColumn="0" w:lastRowLastColumn="0"/>
            </w:pPr>
            <w:r>
              <w:t>700</w:t>
            </w:r>
          </w:p>
        </w:tc>
      </w:tr>
      <w:tr w:rsidR="00A00906" w14:paraId="7A48D5DD" w14:textId="77777777" w:rsidTr="001B7386">
        <w:tc>
          <w:tcPr>
            <w:cnfStyle w:val="001000000000" w:firstRow="0" w:lastRow="0" w:firstColumn="1" w:lastColumn="0" w:oddVBand="0" w:evenVBand="0" w:oddHBand="0" w:evenHBand="0" w:firstRowFirstColumn="0" w:firstRowLastColumn="0" w:lastRowFirstColumn="0" w:lastRowLastColumn="0"/>
            <w:tcW w:w="534" w:type="dxa"/>
          </w:tcPr>
          <w:p w14:paraId="787FEAE6" w14:textId="77777777" w:rsidR="00A00906" w:rsidRDefault="00A00906">
            <w:r>
              <w:t>3</w:t>
            </w:r>
          </w:p>
        </w:tc>
        <w:tc>
          <w:tcPr>
            <w:tcW w:w="2409" w:type="dxa"/>
          </w:tcPr>
          <w:p w14:paraId="5E637F00" w14:textId="77777777" w:rsidR="00A00906" w:rsidRDefault="00A00906">
            <w:pPr>
              <w:cnfStyle w:val="000000000000" w:firstRow="0" w:lastRow="0" w:firstColumn="0" w:lastColumn="0" w:oddVBand="0" w:evenVBand="0" w:oddHBand="0" w:evenHBand="0" w:firstRowFirstColumn="0" w:firstRowLastColumn="0" w:lastRowFirstColumn="0" w:lastRowLastColumn="0"/>
            </w:pPr>
            <w:r>
              <w:t>Ham &amp; Cheese Sandwich</w:t>
            </w:r>
          </w:p>
        </w:tc>
        <w:tc>
          <w:tcPr>
            <w:tcW w:w="709" w:type="dxa"/>
          </w:tcPr>
          <w:p w14:paraId="2A0C102C" w14:textId="77777777" w:rsidR="00A00906" w:rsidRDefault="00A00906">
            <w:pPr>
              <w:cnfStyle w:val="000000000000" w:firstRow="0" w:lastRow="0" w:firstColumn="0" w:lastColumn="0" w:oddVBand="0" w:evenVBand="0" w:oddHBand="0" w:evenHBand="0" w:firstRowFirstColumn="0" w:firstRowLastColumn="0" w:lastRowFirstColumn="0" w:lastRowLastColumn="0"/>
            </w:pPr>
            <w:r>
              <w:t>380</w:t>
            </w:r>
          </w:p>
        </w:tc>
        <w:tc>
          <w:tcPr>
            <w:tcW w:w="977" w:type="dxa"/>
          </w:tcPr>
          <w:p w14:paraId="2BD5346A" w14:textId="77777777" w:rsidR="00A00906" w:rsidRDefault="00A00906">
            <w:pPr>
              <w:cnfStyle w:val="000000000000" w:firstRow="0" w:lastRow="0" w:firstColumn="0" w:lastColumn="0" w:oddVBand="0" w:evenVBand="0" w:oddHBand="0" w:evenHBand="0" w:firstRowFirstColumn="0" w:firstRowLastColumn="0" w:lastRowFirstColumn="0" w:lastRowLastColumn="0"/>
            </w:pPr>
            <w:r>
              <w:t>28</w:t>
            </w:r>
          </w:p>
        </w:tc>
        <w:tc>
          <w:tcPr>
            <w:tcW w:w="848" w:type="dxa"/>
          </w:tcPr>
          <w:p w14:paraId="2D48847A" w14:textId="77777777" w:rsidR="00A00906" w:rsidRDefault="00A00906">
            <w:pPr>
              <w:cnfStyle w:val="000000000000" w:firstRow="0" w:lastRow="0" w:firstColumn="0" w:lastColumn="0" w:oddVBand="0" w:evenVBand="0" w:oddHBand="0" w:evenHBand="0" w:firstRowFirstColumn="0" w:firstRowLastColumn="0" w:lastRowFirstColumn="0" w:lastRowLastColumn="0"/>
            </w:pPr>
            <w:r>
              <w:t>28</w:t>
            </w:r>
          </w:p>
        </w:tc>
        <w:tc>
          <w:tcPr>
            <w:tcW w:w="830" w:type="dxa"/>
          </w:tcPr>
          <w:p w14:paraId="520EF81D" w14:textId="77777777" w:rsidR="00A00906" w:rsidRDefault="00A00906">
            <w:pPr>
              <w:cnfStyle w:val="000000000000" w:firstRow="0" w:lastRow="0" w:firstColumn="0" w:lastColumn="0" w:oddVBand="0" w:evenVBand="0" w:oddHBand="0" w:evenHBand="0" w:firstRowFirstColumn="0" w:firstRowLastColumn="0" w:lastRowFirstColumn="0" w:lastRowLastColumn="0"/>
            </w:pPr>
            <w:r>
              <w:t>17.0</w:t>
            </w:r>
          </w:p>
        </w:tc>
        <w:tc>
          <w:tcPr>
            <w:tcW w:w="832" w:type="dxa"/>
          </w:tcPr>
          <w:p w14:paraId="005459EA" w14:textId="77777777" w:rsidR="00A00906" w:rsidRDefault="00A00906">
            <w:pPr>
              <w:cnfStyle w:val="000000000000" w:firstRow="0" w:lastRow="0" w:firstColumn="0" w:lastColumn="0" w:oddVBand="0" w:evenVBand="0" w:oddHBand="0" w:evenHBand="0" w:firstRowFirstColumn="0" w:firstRowLastColumn="0" w:lastRowFirstColumn="0" w:lastRowLastColumn="0"/>
            </w:pPr>
            <w:r>
              <w:t>80</w:t>
            </w:r>
          </w:p>
        </w:tc>
        <w:tc>
          <w:tcPr>
            <w:tcW w:w="982" w:type="dxa"/>
          </w:tcPr>
          <w:p w14:paraId="3F0A1118" w14:textId="77777777" w:rsidR="00A00906" w:rsidRDefault="00A00906">
            <w:pPr>
              <w:cnfStyle w:val="000000000000" w:firstRow="0" w:lastRow="0" w:firstColumn="0" w:lastColumn="0" w:oddVBand="0" w:evenVBand="0" w:oddHBand="0" w:evenHBand="0" w:firstRowFirstColumn="0" w:firstRowLastColumn="0" w:lastRowFirstColumn="0" w:lastRowLastColumn="0"/>
            </w:pPr>
            <w:r>
              <w:t>1860</w:t>
            </w:r>
          </w:p>
        </w:tc>
      </w:tr>
      <w:tr w:rsidR="00A00906" w14:paraId="6207D9BF" w14:textId="77777777" w:rsidTr="001B7386">
        <w:tc>
          <w:tcPr>
            <w:cnfStyle w:val="001000000000" w:firstRow="0" w:lastRow="0" w:firstColumn="1" w:lastColumn="0" w:oddVBand="0" w:evenVBand="0" w:oddHBand="0" w:evenHBand="0" w:firstRowFirstColumn="0" w:firstRowLastColumn="0" w:lastRowFirstColumn="0" w:lastRowLastColumn="0"/>
            <w:tcW w:w="534" w:type="dxa"/>
          </w:tcPr>
          <w:p w14:paraId="57416B7B" w14:textId="77777777" w:rsidR="00A00906" w:rsidRDefault="00A00906">
            <w:r>
              <w:t>4</w:t>
            </w:r>
          </w:p>
        </w:tc>
        <w:tc>
          <w:tcPr>
            <w:tcW w:w="2409" w:type="dxa"/>
          </w:tcPr>
          <w:p w14:paraId="03C54101" w14:textId="77777777" w:rsidR="00A00906" w:rsidRDefault="00A00906">
            <w:pPr>
              <w:cnfStyle w:val="000000000000" w:firstRow="0" w:lastRow="0" w:firstColumn="0" w:lastColumn="0" w:oddVBand="0" w:evenVBand="0" w:oddHBand="0" w:evenHBand="0" w:firstRowFirstColumn="0" w:firstRowLastColumn="0" w:lastRowFirstColumn="0" w:lastRowLastColumn="0"/>
            </w:pPr>
            <w:r>
              <w:t>PB&amp;J</w:t>
            </w:r>
          </w:p>
        </w:tc>
        <w:tc>
          <w:tcPr>
            <w:tcW w:w="709" w:type="dxa"/>
          </w:tcPr>
          <w:p w14:paraId="415B6562" w14:textId="77777777" w:rsidR="00A00906" w:rsidRDefault="00A00906">
            <w:pPr>
              <w:cnfStyle w:val="000000000000" w:firstRow="0" w:lastRow="0" w:firstColumn="0" w:lastColumn="0" w:oddVBand="0" w:evenVBand="0" w:oddHBand="0" w:evenHBand="0" w:firstRowFirstColumn="0" w:firstRowLastColumn="0" w:lastRowFirstColumn="0" w:lastRowLastColumn="0"/>
            </w:pPr>
            <w:r>
              <w:t>400</w:t>
            </w:r>
          </w:p>
        </w:tc>
        <w:tc>
          <w:tcPr>
            <w:tcW w:w="977" w:type="dxa"/>
          </w:tcPr>
          <w:p w14:paraId="6A4D25E8" w14:textId="77777777" w:rsidR="00A00906" w:rsidRDefault="00A00906">
            <w:pPr>
              <w:cnfStyle w:val="000000000000" w:firstRow="0" w:lastRow="0" w:firstColumn="0" w:lastColumn="0" w:oddVBand="0" w:evenVBand="0" w:oddHBand="0" w:evenHBand="0" w:firstRowFirstColumn="0" w:firstRowLastColumn="0" w:lastRowFirstColumn="0" w:lastRowLastColumn="0"/>
            </w:pPr>
            <w:r>
              <w:t>14</w:t>
            </w:r>
          </w:p>
        </w:tc>
        <w:tc>
          <w:tcPr>
            <w:tcW w:w="848" w:type="dxa"/>
          </w:tcPr>
          <w:p w14:paraId="2CB43629" w14:textId="77777777" w:rsidR="00A00906" w:rsidRDefault="00A00906">
            <w:pPr>
              <w:cnfStyle w:val="000000000000" w:firstRow="0" w:lastRow="0" w:firstColumn="0" w:lastColumn="0" w:oddVBand="0" w:evenVBand="0" w:oddHBand="0" w:evenHBand="0" w:firstRowFirstColumn="0" w:firstRowLastColumn="0" w:lastRowFirstColumn="0" w:lastRowLastColumn="0"/>
            </w:pPr>
            <w:r>
              <w:t>49</w:t>
            </w:r>
          </w:p>
        </w:tc>
        <w:tc>
          <w:tcPr>
            <w:tcW w:w="830" w:type="dxa"/>
          </w:tcPr>
          <w:p w14:paraId="188E868F" w14:textId="77777777" w:rsidR="00A00906" w:rsidRDefault="00A00906">
            <w:pPr>
              <w:cnfStyle w:val="000000000000" w:firstRow="0" w:lastRow="0" w:firstColumn="0" w:lastColumn="0" w:oddVBand="0" w:evenVBand="0" w:oddHBand="0" w:evenHBand="0" w:firstRowFirstColumn="0" w:firstRowLastColumn="0" w:lastRowFirstColumn="0" w:lastRowLastColumn="0"/>
            </w:pPr>
            <w:r>
              <w:t>18.0</w:t>
            </w:r>
          </w:p>
        </w:tc>
        <w:tc>
          <w:tcPr>
            <w:tcW w:w="832" w:type="dxa"/>
          </w:tcPr>
          <w:p w14:paraId="025DF8DA" w14:textId="77777777" w:rsidR="00A00906" w:rsidRDefault="00A00906">
            <w:pPr>
              <w:cnfStyle w:val="000000000000" w:firstRow="0" w:lastRow="0" w:firstColumn="0" w:lastColumn="0" w:oddVBand="0" w:evenVBand="0" w:oddHBand="0" w:evenHBand="0" w:firstRowFirstColumn="0" w:firstRowLastColumn="0" w:lastRowFirstColumn="0" w:lastRowLastColumn="0"/>
            </w:pPr>
            <w:r>
              <w:t>0</w:t>
            </w:r>
          </w:p>
        </w:tc>
        <w:tc>
          <w:tcPr>
            <w:tcW w:w="982" w:type="dxa"/>
          </w:tcPr>
          <w:p w14:paraId="6A206F40" w14:textId="77777777" w:rsidR="00A00906" w:rsidRDefault="00A00906">
            <w:pPr>
              <w:cnfStyle w:val="000000000000" w:firstRow="0" w:lastRow="0" w:firstColumn="0" w:lastColumn="0" w:oddVBand="0" w:evenVBand="0" w:oddHBand="0" w:evenHBand="0" w:firstRowFirstColumn="0" w:firstRowLastColumn="0" w:lastRowFirstColumn="0" w:lastRowLastColumn="0"/>
            </w:pPr>
            <w:r>
              <w:t>415</w:t>
            </w:r>
          </w:p>
        </w:tc>
      </w:tr>
      <w:tr w:rsidR="00A00906" w14:paraId="212E012B" w14:textId="77777777" w:rsidTr="001B7386">
        <w:tc>
          <w:tcPr>
            <w:cnfStyle w:val="001000000000" w:firstRow="0" w:lastRow="0" w:firstColumn="1" w:lastColumn="0" w:oddVBand="0" w:evenVBand="0" w:oddHBand="0" w:evenHBand="0" w:firstRowFirstColumn="0" w:firstRowLastColumn="0" w:lastRowFirstColumn="0" w:lastRowLastColumn="0"/>
            <w:tcW w:w="534" w:type="dxa"/>
          </w:tcPr>
          <w:p w14:paraId="62396141" w14:textId="77777777" w:rsidR="00A00906" w:rsidRDefault="00A00906">
            <w:r>
              <w:t>5</w:t>
            </w:r>
          </w:p>
        </w:tc>
        <w:tc>
          <w:tcPr>
            <w:tcW w:w="2409" w:type="dxa"/>
          </w:tcPr>
          <w:p w14:paraId="4E54F7E5" w14:textId="77777777" w:rsidR="00A00906" w:rsidRDefault="00A00906">
            <w:pPr>
              <w:cnfStyle w:val="000000000000" w:firstRow="0" w:lastRow="0" w:firstColumn="0" w:lastColumn="0" w:oddVBand="0" w:evenVBand="0" w:oddHBand="0" w:evenHBand="0" w:firstRowFirstColumn="0" w:firstRowLastColumn="0" w:lastRowFirstColumn="0" w:lastRowLastColumn="0"/>
            </w:pPr>
            <w:r>
              <w:t>Cheese Sandwich</w:t>
            </w:r>
          </w:p>
        </w:tc>
        <w:tc>
          <w:tcPr>
            <w:tcW w:w="709" w:type="dxa"/>
          </w:tcPr>
          <w:p w14:paraId="2CB6DAA5" w14:textId="77777777" w:rsidR="00A00906" w:rsidRDefault="00A00906">
            <w:pPr>
              <w:cnfStyle w:val="000000000000" w:firstRow="0" w:lastRow="0" w:firstColumn="0" w:lastColumn="0" w:oddVBand="0" w:evenVBand="0" w:oddHBand="0" w:evenHBand="0" w:firstRowFirstColumn="0" w:firstRowLastColumn="0" w:lastRowFirstColumn="0" w:lastRowLastColumn="0"/>
            </w:pPr>
            <w:r>
              <w:t>440</w:t>
            </w:r>
          </w:p>
        </w:tc>
        <w:tc>
          <w:tcPr>
            <w:tcW w:w="977" w:type="dxa"/>
          </w:tcPr>
          <w:p w14:paraId="7DEEA63B" w14:textId="77777777" w:rsidR="00A00906" w:rsidRDefault="00A00906">
            <w:pPr>
              <w:cnfStyle w:val="000000000000" w:firstRow="0" w:lastRow="0" w:firstColumn="0" w:lastColumn="0" w:oddVBand="0" w:evenVBand="0" w:oddHBand="0" w:evenHBand="0" w:firstRowFirstColumn="0" w:firstRowLastColumn="0" w:lastRowFirstColumn="0" w:lastRowLastColumn="0"/>
            </w:pPr>
            <w:r>
              <w:t>21</w:t>
            </w:r>
          </w:p>
        </w:tc>
        <w:tc>
          <w:tcPr>
            <w:tcW w:w="848" w:type="dxa"/>
          </w:tcPr>
          <w:p w14:paraId="476C31C6" w14:textId="77777777" w:rsidR="00A00906" w:rsidRDefault="00A00906">
            <w:pPr>
              <w:cnfStyle w:val="000000000000" w:firstRow="0" w:lastRow="0" w:firstColumn="0" w:lastColumn="0" w:oddVBand="0" w:evenVBand="0" w:oddHBand="0" w:evenHBand="0" w:firstRowFirstColumn="0" w:firstRowLastColumn="0" w:lastRowFirstColumn="0" w:lastRowLastColumn="0"/>
            </w:pPr>
            <w:r>
              <w:t>29</w:t>
            </w:r>
          </w:p>
        </w:tc>
        <w:tc>
          <w:tcPr>
            <w:tcW w:w="830" w:type="dxa"/>
          </w:tcPr>
          <w:p w14:paraId="1CBE5B03" w14:textId="77777777" w:rsidR="00A00906" w:rsidRDefault="00A00906">
            <w:pPr>
              <w:cnfStyle w:val="000000000000" w:firstRow="0" w:lastRow="0" w:firstColumn="0" w:lastColumn="0" w:oddVBand="0" w:evenVBand="0" w:oddHBand="0" w:evenHBand="0" w:firstRowFirstColumn="0" w:firstRowLastColumn="0" w:lastRowFirstColumn="0" w:lastRowLastColumn="0"/>
            </w:pPr>
            <w:r>
              <w:t>27.0</w:t>
            </w:r>
          </w:p>
        </w:tc>
        <w:tc>
          <w:tcPr>
            <w:tcW w:w="832" w:type="dxa"/>
          </w:tcPr>
          <w:p w14:paraId="669B7A85" w14:textId="77777777" w:rsidR="00A00906" w:rsidRDefault="00A00906">
            <w:pPr>
              <w:cnfStyle w:val="000000000000" w:firstRow="0" w:lastRow="0" w:firstColumn="0" w:lastColumn="0" w:oddVBand="0" w:evenVBand="0" w:oddHBand="0" w:evenHBand="0" w:firstRowFirstColumn="0" w:firstRowLastColumn="0" w:lastRowFirstColumn="0" w:lastRowLastColumn="0"/>
            </w:pPr>
            <w:r>
              <w:t>75</w:t>
            </w:r>
          </w:p>
        </w:tc>
        <w:tc>
          <w:tcPr>
            <w:tcW w:w="982" w:type="dxa"/>
          </w:tcPr>
          <w:p w14:paraId="75B837C0" w14:textId="77777777" w:rsidR="00A00906" w:rsidRDefault="00A00906">
            <w:pPr>
              <w:cnfStyle w:val="000000000000" w:firstRow="0" w:lastRow="0" w:firstColumn="0" w:lastColumn="0" w:oddVBand="0" w:evenVBand="0" w:oddHBand="0" w:evenHBand="0" w:firstRowFirstColumn="0" w:firstRowLastColumn="0" w:lastRowFirstColumn="0" w:lastRowLastColumn="0"/>
            </w:pPr>
            <w:r>
              <w:t>1760</w:t>
            </w:r>
          </w:p>
        </w:tc>
      </w:tr>
    </w:tbl>
    <w:p w14:paraId="7CEF9E57" w14:textId="49ED042E" w:rsidR="00F9276F" w:rsidRDefault="00000000">
      <w:r>
        <w:t>Sides available:</w:t>
      </w:r>
    </w:p>
    <w:p w14:paraId="0F9A7A00" w14:textId="77777777" w:rsidR="00F9276F" w:rsidRDefault="00000000">
      <w:r>
        <w:t>Vegetables: Kickin' pintos, 4 oz, Tomato wedges, 4 oz, Garden salad, 1 cup</w:t>
      </w:r>
    </w:p>
    <w:p w14:paraId="32A7FAF6" w14:textId="77777777" w:rsidR="001B7386" w:rsidRDefault="00000000" w:rsidP="001B7386">
      <w:r>
        <w:t>Fruits: Mixed fruit, 4 oz (cup), 100% juice, 4 oz</w:t>
      </w:r>
      <w:r w:rsidR="001B7386" w:rsidRPr="001B7386">
        <w:t xml:space="preserve"> </w:t>
      </w:r>
    </w:p>
    <w:p w14:paraId="267E4A67" w14:textId="274EDB82" w:rsidR="00F9276F" w:rsidRDefault="001B7386" w:rsidP="001B7386">
      <w:r>
        <w:t xml:space="preserve">Day: </w:t>
      </w:r>
      <w:r>
        <w:rPr>
          <w:b/>
          <w:bCs/>
        </w:rPr>
        <w:t>Tuesday</w:t>
      </w:r>
    </w:p>
    <w:tbl>
      <w:tblPr>
        <w:tblStyle w:val="GridTable1Light-Accent2"/>
        <w:tblW w:w="0" w:type="auto"/>
        <w:tblLook w:val="04A0" w:firstRow="1" w:lastRow="0" w:firstColumn="1" w:lastColumn="0" w:noHBand="0" w:noVBand="1"/>
      </w:tblPr>
      <w:tblGrid>
        <w:gridCol w:w="352"/>
        <w:gridCol w:w="2620"/>
        <w:gridCol w:w="655"/>
        <w:gridCol w:w="977"/>
        <w:gridCol w:w="793"/>
        <w:gridCol w:w="627"/>
        <w:gridCol w:w="667"/>
        <w:gridCol w:w="982"/>
      </w:tblGrid>
      <w:tr w:rsidR="001B7386" w14:paraId="12A914A7" w14:textId="77777777" w:rsidTr="001B7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55F9281C" w14:textId="77777777" w:rsidR="001B7386" w:rsidRDefault="001B7386">
            <w:r>
              <w:t>#</w:t>
            </w:r>
          </w:p>
        </w:tc>
        <w:tc>
          <w:tcPr>
            <w:tcW w:w="2620" w:type="dxa"/>
          </w:tcPr>
          <w:p w14:paraId="52849A14" w14:textId="77777777" w:rsidR="001B7386" w:rsidRDefault="001B7386">
            <w:pPr>
              <w:cnfStyle w:val="100000000000" w:firstRow="1" w:lastRow="0" w:firstColumn="0" w:lastColumn="0" w:oddVBand="0" w:evenVBand="0" w:oddHBand="0" w:evenHBand="0" w:firstRowFirstColumn="0" w:firstRowLastColumn="0" w:lastRowFirstColumn="0" w:lastRowLastColumn="0"/>
            </w:pPr>
            <w:r>
              <w:t>Entrée</w:t>
            </w:r>
          </w:p>
        </w:tc>
        <w:tc>
          <w:tcPr>
            <w:tcW w:w="655" w:type="dxa"/>
          </w:tcPr>
          <w:p w14:paraId="4417DE49" w14:textId="7DBAD652" w:rsidR="001B7386" w:rsidRDefault="001B7386">
            <w:pPr>
              <w:cnfStyle w:val="100000000000" w:firstRow="1" w:lastRow="0" w:firstColumn="0" w:lastColumn="0" w:oddVBand="0" w:evenVBand="0" w:oddHBand="0" w:evenHBand="0" w:firstRowFirstColumn="0" w:firstRowLastColumn="0" w:lastRowFirstColumn="0" w:lastRowLastColumn="0"/>
            </w:pPr>
            <w:r>
              <w:t>Kcal</w:t>
            </w:r>
          </w:p>
        </w:tc>
        <w:tc>
          <w:tcPr>
            <w:tcW w:w="977" w:type="dxa"/>
          </w:tcPr>
          <w:p w14:paraId="62B77B5F" w14:textId="77777777" w:rsidR="001B7386" w:rsidRDefault="001B7386">
            <w:pPr>
              <w:cnfStyle w:val="100000000000" w:firstRow="1" w:lastRow="0" w:firstColumn="0" w:lastColumn="0" w:oddVBand="0" w:evenVBand="0" w:oddHBand="0" w:evenHBand="0" w:firstRowFirstColumn="0" w:firstRowLastColumn="0" w:lastRowFirstColumn="0" w:lastRowLastColumn="0"/>
            </w:pPr>
            <w:r>
              <w:t>Protein</w:t>
            </w:r>
          </w:p>
        </w:tc>
        <w:tc>
          <w:tcPr>
            <w:tcW w:w="793" w:type="dxa"/>
          </w:tcPr>
          <w:p w14:paraId="3404D815" w14:textId="77777777" w:rsidR="001B7386" w:rsidRDefault="001B7386">
            <w:pPr>
              <w:cnfStyle w:val="100000000000" w:firstRow="1" w:lastRow="0" w:firstColumn="0" w:lastColumn="0" w:oddVBand="0" w:evenVBand="0" w:oddHBand="0" w:evenHBand="0" w:firstRowFirstColumn="0" w:firstRowLastColumn="0" w:lastRowFirstColumn="0" w:lastRowLastColumn="0"/>
            </w:pPr>
            <w:r>
              <w:t>Carbs</w:t>
            </w:r>
          </w:p>
        </w:tc>
        <w:tc>
          <w:tcPr>
            <w:tcW w:w="627" w:type="dxa"/>
          </w:tcPr>
          <w:p w14:paraId="38E27F09" w14:textId="77777777" w:rsidR="001B7386" w:rsidRDefault="001B7386">
            <w:pPr>
              <w:cnfStyle w:val="100000000000" w:firstRow="1" w:lastRow="0" w:firstColumn="0" w:lastColumn="0" w:oddVBand="0" w:evenVBand="0" w:oddHBand="0" w:evenHBand="0" w:firstRowFirstColumn="0" w:firstRowLastColumn="0" w:lastRowFirstColumn="0" w:lastRowLastColumn="0"/>
            </w:pPr>
            <w:r>
              <w:t>Fat</w:t>
            </w:r>
          </w:p>
        </w:tc>
        <w:tc>
          <w:tcPr>
            <w:tcW w:w="667" w:type="dxa"/>
          </w:tcPr>
          <w:p w14:paraId="2E27B90D" w14:textId="77777777" w:rsidR="001B7386" w:rsidRDefault="001B7386">
            <w:pPr>
              <w:cnfStyle w:val="100000000000" w:firstRow="1" w:lastRow="0" w:firstColumn="0" w:lastColumn="0" w:oddVBand="0" w:evenVBand="0" w:oddHBand="0" w:evenHBand="0" w:firstRowFirstColumn="0" w:firstRowLastColumn="0" w:lastRowFirstColumn="0" w:lastRowLastColumn="0"/>
            </w:pPr>
            <w:r>
              <w:t>Chol</w:t>
            </w:r>
          </w:p>
        </w:tc>
        <w:tc>
          <w:tcPr>
            <w:tcW w:w="982" w:type="dxa"/>
          </w:tcPr>
          <w:p w14:paraId="44F2F56C" w14:textId="77777777" w:rsidR="001B7386" w:rsidRDefault="001B7386">
            <w:pPr>
              <w:cnfStyle w:val="100000000000" w:firstRow="1" w:lastRow="0" w:firstColumn="0" w:lastColumn="0" w:oddVBand="0" w:evenVBand="0" w:oddHBand="0" w:evenHBand="0" w:firstRowFirstColumn="0" w:firstRowLastColumn="0" w:lastRowFirstColumn="0" w:lastRowLastColumn="0"/>
            </w:pPr>
            <w:r>
              <w:t>Sodium</w:t>
            </w:r>
          </w:p>
        </w:tc>
      </w:tr>
      <w:tr w:rsidR="001B7386" w14:paraId="44C87D40" w14:textId="77777777" w:rsidTr="001B7386">
        <w:tc>
          <w:tcPr>
            <w:cnfStyle w:val="001000000000" w:firstRow="0" w:lastRow="0" w:firstColumn="1" w:lastColumn="0" w:oddVBand="0" w:evenVBand="0" w:oddHBand="0" w:evenHBand="0" w:firstRowFirstColumn="0" w:firstRowLastColumn="0" w:lastRowFirstColumn="0" w:lastRowLastColumn="0"/>
            <w:tcW w:w="352" w:type="dxa"/>
          </w:tcPr>
          <w:p w14:paraId="7B8A0290" w14:textId="77777777" w:rsidR="001B7386" w:rsidRDefault="001B7386">
            <w:r>
              <w:t>1</w:t>
            </w:r>
          </w:p>
        </w:tc>
        <w:tc>
          <w:tcPr>
            <w:tcW w:w="2620" w:type="dxa"/>
          </w:tcPr>
          <w:p w14:paraId="78913B7B" w14:textId="77777777" w:rsidR="001B7386" w:rsidRDefault="001B7386">
            <w:pPr>
              <w:cnfStyle w:val="000000000000" w:firstRow="0" w:lastRow="0" w:firstColumn="0" w:lastColumn="0" w:oddVBand="0" w:evenVBand="0" w:oddHBand="0" w:evenHBand="0" w:firstRowFirstColumn="0" w:firstRowLastColumn="0" w:lastRowFirstColumn="0" w:lastRowLastColumn="0"/>
            </w:pPr>
            <w:r>
              <w:t>Bosco Sticks w/ Sauce</w:t>
            </w:r>
          </w:p>
        </w:tc>
        <w:tc>
          <w:tcPr>
            <w:tcW w:w="655" w:type="dxa"/>
          </w:tcPr>
          <w:p w14:paraId="76A3D08C" w14:textId="77777777" w:rsidR="001B7386" w:rsidRDefault="001B7386">
            <w:pPr>
              <w:cnfStyle w:val="000000000000" w:firstRow="0" w:lastRow="0" w:firstColumn="0" w:lastColumn="0" w:oddVBand="0" w:evenVBand="0" w:oddHBand="0" w:evenHBand="0" w:firstRowFirstColumn="0" w:firstRowLastColumn="0" w:lastRowFirstColumn="0" w:lastRowLastColumn="0"/>
            </w:pPr>
            <w:r>
              <w:t>350</w:t>
            </w:r>
          </w:p>
        </w:tc>
        <w:tc>
          <w:tcPr>
            <w:tcW w:w="977" w:type="dxa"/>
          </w:tcPr>
          <w:p w14:paraId="0584763C" w14:textId="77777777" w:rsidR="001B7386" w:rsidRDefault="001B7386">
            <w:pPr>
              <w:cnfStyle w:val="000000000000" w:firstRow="0" w:lastRow="0" w:firstColumn="0" w:lastColumn="0" w:oddVBand="0" w:evenVBand="0" w:oddHBand="0" w:evenHBand="0" w:firstRowFirstColumn="0" w:firstRowLastColumn="0" w:lastRowFirstColumn="0" w:lastRowLastColumn="0"/>
            </w:pPr>
            <w:r>
              <w:t>16</w:t>
            </w:r>
          </w:p>
        </w:tc>
        <w:tc>
          <w:tcPr>
            <w:tcW w:w="793" w:type="dxa"/>
          </w:tcPr>
          <w:p w14:paraId="45B89A83" w14:textId="77777777" w:rsidR="001B7386" w:rsidRDefault="001B7386">
            <w:pPr>
              <w:cnfStyle w:val="000000000000" w:firstRow="0" w:lastRow="0" w:firstColumn="0" w:lastColumn="0" w:oddVBand="0" w:evenVBand="0" w:oddHBand="0" w:evenHBand="0" w:firstRowFirstColumn="0" w:firstRowLastColumn="0" w:lastRowFirstColumn="0" w:lastRowLastColumn="0"/>
            </w:pPr>
            <w:r>
              <w:t>44</w:t>
            </w:r>
          </w:p>
        </w:tc>
        <w:tc>
          <w:tcPr>
            <w:tcW w:w="627" w:type="dxa"/>
          </w:tcPr>
          <w:p w14:paraId="560C6EB4" w14:textId="77777777" w:rsidR="001B7386" w:rsidRDefault="001B7386">
            <w:pPr>
              <w:cnfStyle w:val="000000000000" w:firstRow="0" w:lastRow="0" w:firstColumn="0" w:lastColumn="0" w:oddVBand="0" w:evenVBand="0" w:oddHBand="0" w:evenHBand="0" w:firstRowFirstColumn="0" w:firstRowLastColumn="0" w:lastRowFirstColumn="0" w:lastRowLastColumn="0"/>
            </w:pPr>
            <w:r>
              <w:t>12.0</w:t>
            </w:r>
          </w:p>
        </w:tc>
        <w:tc>
          <w:tcPr>
            <w:tcW w:w="667" w:type="dxa"/>
          </w:tcPr>
          <w:p w14:paraId="301FB662" w14:textId="77777777" w:rsidR="001B7386" w:rsidRDefault="001B7386">
            <w:pPr>
              <w:cnfStyle w:val="000000000000" w:firstRow="0" w:lastRow="0" w:firstColumn="0" w:lastColumn="0" w:oddVBand="0" w:evenVBand="0" w:oddHBand="0" w:evenHBand="0" w:firstRowFirstColumn="0" w:firstRowLastColumn="0" w:lastRowFirstColumn="0" w:lastRowLastColumn="0"/>
            </w:pPr>
            <w:r>
              <w:t>30</w:t>
            </w:r>
          </w:p>
        </w:tc>
        <w:tc>
          <w:tcPr>
            <w:tcW w:w="982" w:type="dxa"/>
          </w:tcPr>
          <w:p w14:paraId="4BA4A232" w14:textId="77777777" w:rsidR="001B7386" w:rsidRDefault="001B7386">
            <w:pPr>
              <w:cnfStyle w:val="000000000000" w:firstRow="0" w:lastRow="0" w:firstColumn="0" w:lastColumn="0" w:oddVBand="0" w:evenVBand="0" w:oddHBand="0" w:evenHBand="0" w:firstRowFirstColumn="0" w:firstRowLastColumn="0" w:lastRowFirstColumn="0" w:lastRowLastColumn="0"/>
            </w:pPr>
            <w:r>
              <w:t>900</w:t>
            </w:r>
          </w:p>
        </w:tc>
      </w:tr>
      <w:tr w:rsidR="001B7386" w14:paraId="27237A9D" w14:textId="77777777" w:rsidTr="001B7386">
        <w:tc>
          <w:tcPr>
            <w:cnfStyle w:val="001000000000" w:firstRow="0" w:lastRow="0" w:firstColumn="1" w:lastColumn="0" w:oddVBand="0" w:evenVBand="0" w:oddHBand="0" w:evenHBand="0" w:firstRowFirstColumn="0" w:firstRowLastColumn="0" w:lastRowFirstColumn="0" w:lastRowLastColumn="0"/>
            <w:tcW w:w="352" w:type="dxa"/>
          </w:tcPr>
          <w:p w14:paraId="5A79DA9D" w14:textId="77777777" w:rsidR="001B7386" w:rsidRDefault="001B7386">
            <w:r>
              <w:t>2</w:t>
            </w:r>
          </w:p>
        </w:tc>
        <w:tc>
          <w:tcPr>
            <w:tcW w:w="2620" w:type="dxa"/>
          </w:tcPr>
          <w:p w14:paraId="0FC49520" w14:textId="77777777" w:rsidR="001B7386" w:rsidRDefault="001B7386">
            <w:pPr>
              <w:cnfStyle w:val="000000000000" w:firstRow="0" w:lastRow="0" w:firstColumn="0" w:lastColumn="0" w:oddVBand="0" w:evenVBand="0" w:oddHBand="0" w:evenHBand="0" w:firstRowFirstColumn="0" w:firstRowLastColumn="0" w:lastRowFirstColumn="0" w:lastRowLastColumn="0"/>
            </w:pPr>
            <w:r>
              <w:t>Cheeseburger</w:t>
            </w:r>
          </w:p>
        </w:tc>
        <w:tc>
          <w:tcPr>
            <w:tcW w:w="655" w:type="dxa"/>
          </w:tcPr>
          <w:p w14:paraId="0399A92C" w14:textId="77777777" w:rsidR="001B7386" w:rsidRDefault="001B7386">
            <w:pPr>
              <w:cnfStyle w:val="000000000000" w:firstRow="0" w:lastRow="0" w:firstColumn="0" w:lastColumn="0" w:oddVBand="0" w:evenVBand="0" w:oddHBand="0" w:evenHBand="0" w:firstRowFirstColumn="0" w:firstRowLastColumn="0" w:lastRowFirstColumn="0" w:lastRowLastColumn="0"/>
            </w:pPr>
            <w:r>
              <w:t>380</w:t>
            </w:r>
          </w:p>
        </w:tc>
        <w:tc>
          <w:tcPr>
            <w:tcW w:w="977" w:type="dxa"/>
          </w:tcPr>
          <w:p w14:paraId="38FBA778" w14:textId="77777777" w:rsidR="001B7386" w:rsidRDefault="001B7386">
            <w:pPr>
              <w:cnfStyle w:val="000000000000" w:firstRow="0" w:lastRow="0" w:firstColumn="0" w:lastColumn="0" w:oddVBand="0" w:evenVBand="0" w:oddHBand="0" w:evenHBand="0" w:firstRowFirstColumn="0" w:firstRowLastColumn="0" w:lastRowFirstColumn="0" w:lastRowLastColumn="0"/>
            </w:pPr>
            <w:r>
              <w:t>24</w:t>
            </w:r>
          </w:p>
        </w:tc>
        <w:tc>
          <w:tcPr>
            <w:tcW w:w="793" w:type="dxa"/>
          </w:tcPr>
          <w:p w14:paraId="2954800F" w14:textId="77777777" w:rsidR="001B7386" w:rsidRDefault="001B7386">
            <w:pPr>
              <w:cnfStyle w:val="000000000000" w:firstRow="0" w:lastRow="0" w:firstColumn="0" w:lastColumn="0" w:oddVBand="0" w:evenVBand="0" w:oddHBand="0" w:evenHBand="0" w:firstRowFirstColumn="0" w:firstRowLastColumn="0" w:lastRowFirstColumn="0" w:lastRowLastColumn="0"/>
            </w:pPr>
            <w:r>
              <w:t>23</w:t>
            </w:r>
          </w:p>
        </w:tc>
        <w:tc>
          <w:tcPr>
            <w:tcW w:w="627" w:type="dxa"/>
          </w:tcPr>
          <w:p w14:paraId="29C194A5" w14:textId="77777777" w:rsidR="001B7386" w:rsidRDefault="001B7386">
            <w:pPr>
              <w:cnfStyle w:val="000000000000" w:firstRow="0" w:lastRow="0" w:firstColumn="0" w:lastColumn="0" w:oddVBand="0" w:evenVBand="0" w:oddHBand="0" w:evenHBand="0" w:firstRowFirstColumn="0" w:firstRowLastColumn="0" w:lastRowFirstColumn="0" w:lastRowLastColumn="0"/>
            </w:pPr>
            <w:r>
              <w:t>20.0</w:t>
            </w:r>
          </w:p>
        </w:tc>
        <w:tc>
          <w:tcPr>
            <w:tcW w:w="667" w:type="dxa"/>
          </w:tcPr>
          <w:p w14:paraId="2829E4C2" w14:textId="77777777" w:rsidR="001B7386" w:rsidRDefault="001B7386">
            <w:pPr>
              <w:cnfStyle w:val="000000000000" w:firstRow="0" w:lastRow="0" w:firstColumn="0" w:lastColumn="0" w:oddVBand="0" w:evenVBand="0" w:oddHBand="0" w:evenHBand="0" w:firstRowFirstColumn="0" w:firstRowLastColumn="0" w:lastRowFirstColumn="0" w:lastRowLastColumn="0"/>
            </w:pPr>
            <w:r>
              <w:t>85</w:t>
            </w:r>
          </w:p>
        </w:tc>
        <w:tc>
          <w:tcPr>
            <w:tcW w:w="982" w:type="dxa"/>
          </w:tcPr>
          <w:p w14:paraId="6A399D79" w14:textId="77777777" w:rsidR="001B7386" w:rsidRDefault="001B7386">
            <w:pPr>
              <w:cnfStyle w:val="000000000000" w:firstRow="0" w:lastRow="0" w:firstColumn="0" w:lastColumn="0" w:oddVBand="0" w:evenVBand="0" w:oddHBand="0" w:evenHBand="0" w:firstRowFirstColumn="0" w:firstRowLastColumn="0" w:lastRowFirstColumn="0" w:lastRowLastColumn="0"/>
            </w:pPr>
            <w:r>
              <w:t>595</w:t>
            </w:r>
          </w:p>
        </w:tc>
      </w:tr>
      <w:tr w:rsidR="001B7386" w14:paraId="08E75305" w14:textId="77777777" w:rsidTr="001B7386">
        <w:tc>
          <w:tcPr>
            <w:cnfStyle w:val="001000000000" w:firstRow="0" w:lastRow="0" w:firstColumn="1" w:lastColumn="0" w:oddVBand="0" w:evenVBand="0" w:oddHBand="0" w:evenHBand="0" w:firstRowFirstColumn="0" w:firstRowLastColumn="0" w:lastRowFirstColumn="0" w:lastRowLastColumn="0"/>
            <w:tcW w:w="352" w:type="dxa"/>
          </w:tcPr>
          <w:p w14:paraId="17239355" w14:textId="77777777" w:rsidR="001B7386" w:rsidRDefault="001B7386">
            <w:r>
              <w:t>3</w:t>
            </w:r>
          </w:p>
        </w:tc>
        <w:tc>
          <w:tcPr>
            <w:tcW w:w="2620" w:type="dxa"/>
          </w:tcPr>
          <w:p w14:paraId="4AD7E37E" w14:textId="77777777" w:rsidR="001B7386" w:rsidRDefault="001B7386">
            <w:pPr>
              <w:cnfStyle w:val="000000000000" w:firstRow="0" w:lastRow="0" w:firstColumn="0" w:lastColumn="0" w:oddVBand="0" w:evenVBand="0" w:oddHBand="0" w:evenHBand="0" w:firstRowFirstColumn="0" w:firstRowLastColumn="0" w:lastRowFirstColumn="0" w:lastRowLastColumn="0"/>
            </w:pPr>
            <w:r>
              <w:t>Italian Salad + Roll (ham/pepperoni/cheese)</w:t>
            </w:r>
          </w:p>
        </w:tc>
        <w:tc>
          <w:tcPr>
            <w:tcW w:w="655" w:type="dxa"/>
          </w:tcPr>
          <w:p w14:paraId="573F3AC7" w14:textId="77777777" w:rsidR="001B7386" w:rsidRDefault="001B7386">
            <w:pPr>
              <w:cnfStyle w:val="000000000000" w:firstRow="0" w:lastRow="0" w:firstColumn="0" w:lastColumn="0" w:oddVBand="0" w:evenVBand="0" w:oddHBand="0" w:evenHBand="0" w:firstRowFirstColumn="0" w:firstRowLastColumn="0" w:lastRowFirstColumn="0" w:lastRowLastColumn="0"/>
            </w:pPr>
            <w:r>
              <w:t>340</w:t>
            </w:r>
          </w:p>
        </w:tc>
        <w:tc>
          <w:tcPr>
            <w:tcW w:w="977" w:type="dxa"/>
          </w:tcPr>
          <w:p w14:paraId="2FBED49D" w14:textId="77777777" w:rsidR="001B7386" w:rsidRDefault="001B7386">
            <w:pPr>
              <w:cnfStyle w:val="000000000000" w:firstRow="0" w:lastRow="0" w:firstColumn="0" w:lastColumn="0" w:oddVBand="0" w:evenVBand="0" w:oddHBand="0" w:evenHBand="0" w:firstRowFirstColumn="0" w:firstRowLastColumn="0" w:lastRowFirstColumn="0" w:lastRowLastColumn="0"/>
            </w:pPr>
            <w:r>
              <w:t>26</w:t>
            </w:r>
          </w:p>
        </w:tc>
        <w:tc>
          <w:tcPr>
            <w:tcW w:w="793" w:type="dxa"/>
          </w:tcPr>
          <w:p w14:paraId="46EF493A" w14:textId="77777777" w:rsidR="001B7386" w:rsidRDefault="001B7386">
            <w:pPr>
              <w:cnfStyle w:val="000000000000" w:firstRow="0" w:lastRow="0" w:firstColumn="0" w:lastColumn="0" w:oddVBand="0" w:evenVBand="0" w:oddHBand="0" w:evenHBand="0" w:firstRowFirstColumn="0" w:firstRowLastColumn="0" w:lastRowFirstColumn="0" w:lastRowLastColumn="0"/>
            </w:pPr>
            <w:r>
              <w:t>22</w:t>
            </w:r>
          </w:p>
        </w:tc>
        <w:tc>
          <w:tcPr>
            <w:tcW w:w="627" w:type="dxa"/>
          </w:tcPr>
          <w:p w14:paraId="64D906C4" w14:textId="77777777" w:rsidR="001B7386" w:rsidRDefault="001B7386">
            <w:pPr>
              <w:cnfStyle w:val="000000000000" w:firstRow="0" w:lastRow="0" w:firstColumn="0" w:lastColumn="0" w:oddVBand="0" w:evenVBand="0" w:oddHBand="0" w:evenHBand="0" w:firstRowFirstColumn="0" w:firstRowLastColumn="0" w:lastRowFirstColumn="0" w:lastRowLastColumn="0"/>
            </w:pPr>
            <w:r>
              <w:t>16.0</w:t>
            </w:r>
          </w:p>
        </w:tc>
        <w:tc>
          <w:tcPr>
            <w:tcW w:w="667" w:type="dxa"/>
          </w:tcPr>
          <w:p w14:paraId="23499928" w14:textId="77777777" w:rsidR="001B7386" w:rsidRDefault="001B7386">
            <w:pPr>
              <w:cnfStyle w:val="000000000000" w:firstRow="0" w:lastRow="0" w:firstColumn="0" w:lastColumn="0" w:oddVBand="0" w:evenVBand="0" w:oddHBand="0" w:evenHBand="0" w:firstRowFirstColumn="0" w:firstRowLastColumn="0" w:lastRowFirstColumn="0" w:lastRowLastColumn="0"/>
            </w:pPr>
            <w:r>
              <w:t>80</w:t>
            </w:r>
          </w:p>
        </w:tc>
        <w:tc>
          <w:tcPr>
            <w:tcW w:w="982" w:type="dxa"/>
          </w:tcPr>
          <w:p w14:paraId="59855A7D" w14:textId="77777777" w:rsidR="001B7386" w:rsidRDefault="001B7386">
            <w:pPr>
              <w:cnfStyle w:val="000000000000" w:firstRow="0" w:lastRow="0" w:firstColumn="0" w:lastColumn="0" w:oddVBand="0" w:evenVBand="0" w:oddHBand="0" w:evenHBand="0" w:firstRowFirstColumn="0" w:firstRowLastColumn="0" w:lastRowFirstColumn="0" w:lastRowLastColumn="0"/>
            </w:pPr>
            <w:r>
              <w:t>1750</w:t>
            </w:r>
          </w:p>
        </w:tc>
      </w:tr>
      <w:tr w:rsidR="001B7386" w14:paraId="2F002F59" w14:textId="77777777" w:rsidTr="001B7386">
        <w:tc>
          <w:tcPr>
            <w:cnfStyle w:val="001000000000" w:firstRow="0" w:lastRow="0" w:firstColumn="1" w:lastColumn="0" w:oddVBand="0" w:evenVBand="0" w:oddHBand="0" w:evenHBand="0" w:firstRowFirstColumn="0" w:firstRowLastColumn="0" w:lastRowFirstColumn="0" w:lastRowLastColumn="0"/>
            <w:tcW w:w="352" w:type="dxa"/>
          </w:tcPr>
          <w:p w14:paraId="2D68A36F" w14:textId="77777777" w:rsidR="001B7386" w:rsidRDefault="001B7386">
            <w:r>
              <w:t>4</w:t>
            </w:r>
          </w:p>
        </w:tc>
        <w:tc>
          <w:tcPr>
            <w:tcW w:w="2620" w:type="dxa"/>
          </w:tcPr>
          <w:p w14:paraId="2252B124" w14:textId="77777777" w:rsidR="001B7386" w:rsidRDefault="001B7386">
            <w:pPr>
              <w:cnfStyle w:val="000000000000" w:firstRow="0" w:lastRow="0" w:firstColumn="0" w:lastColumn="0" w:oddVBand="0" w:evenVBand="0" w:oddHBand="0" w:evenHBand="0" w:firstRowFirstColumn="0" w:firstRowLastColumn="0" w:lastRowFirstColumn="0" w:lastRowLastColumn="0"/>
            </w:pPr>
            <w:r>
              <w:t>PB&amp;J</w:t>
            </w:r>
          </w:p>
        </w:tc>
        <w:tc>
          <w:tcPr>
            <w:tcW w:w="655" w:type="dxa"/>
          </w:tcPr>
          <w:p w14:paraId="5962876C" w14:textId="77777777" w:rsidR="001B7386" w:rsidRDefault="001B7386">
            <w:pPr>
              <w:cnfStyle w:val="000000000000" w:firstRow="0" w:lastRow="0" w:firstColumn="0" w:lastColumn="0" w:oddVBand="0" w:evenVBand="0" w:oddHBand="0" w:evenHBand="0" w:firstRowFirstColumn="0" w:firstRowLastColumn="0" w:lastRowFirstColumn="0" w:lastRowLastColumn="0"/>
            </w:pPr>
            <w:r>
              <w:t>400</w:t>
            </w:r>
          </w:p>
        </w:tc>
        <w:tc>
          <w:tcPr>
            <w:tcW w:w="977" w:type="dxa"/>
          </w:tcPr>
          <w:p w14:paraId="33F20FCE" w14:textId="77777777" w:rsidR="001B7386" w:rsidRDefault="001B7386">
            <w:pPr>
              <w:cnfStyle w:val="000000000000" w:firstRow="0" w:lastRow="0" w:firstColumn="0" w:lastColumn="0" w:oddVBand="0" w:evenVBand="0" w:oddHBand="0" w:evenHBand="0" w:firstRowFirstColumn="0" w:firstRowLastColumn="0" w:lastRowFirstColumn="0" w:lastRowLastColumn="0"/>
            </w:pPr>
            <w:r>
              <w:t>14</w:t>
            </w:r>
          </w:p>
        </w:tc>
        <w:tc>
          <w:tcPr>
            <w:tcW w:w="793" w:type="dxa"/>
          </w:tcPr>
          <w:p w14:paraId="685515F2" w14:textId="77777777" w:rsidR="001B7386" w:rsidRDefault="001B7386">
            <w:pPr>
              <w:cnfStyle w:val="000000000000" w:firstRow="0" w:lastRow="0" w:firstColumn="0" w:lastColumn="0" w:oddVBand="0" w:evenVBand="0" w:oddHBand="0" w:evenHBand="0" w:firstRowFirstColumn="0" w:firstRowLastColumn="0" w:lastRowFirstColumn="0" w:lastRowLastColumn="0"/>
            </w:pPr>
            <w:r>
              <w:t>49</w:t>
            </w:r>
          </w:p>
        </w:tc>
        <w:tc>
          <w:tcPr>
            <w:tcW w:w="627" w:type="dxa"/>
          </w:tcPr>
          <w:p w14:paraId="2337C307" w14:textId="77777777" w:rsidR="001B7386" w:rsidRDefault="001B7386">
            <w:pPr>
              <w:cnfStyle w:val="000000000000" w:firstRow="0" w:lastRow="0" w:firstColumn="0" w:lastColumn="0" w:oddVBand="0" w:evenVBand="0" w:oddHBand="0" w:evenHBand="0" w:firstRowFirstColumn="0" w:firstRowLastColumn="0" w:lastRowFirstColumn="0" w:lastRowLastColumn="0"/>
            </w:pPr>
            <w:r>
              <w:t>18.0</w:t>
            </w:r>
          </w:p>
        </w:tc>
        <w:tc>
          <w:tcPr>
            <w:tcW w:w="667" w:type="dxa"/>
          </w:tcPr>
          <w:p w14:paraId="491A632D" w14:textId="77777777" w:rsidR="001B7386" w:rsidRDefault="001B7386">
            <w:pPr>
              <w:cnfStyle w:val="000000000000" w:firstRow="0" w:lastRow="0" w:firstColumn="0" w:lastColumn="0" w:oddVBand="0" w:evenVBand="0" w:oddHBand="0" w:evenHBand="0" w:firstRowFirstColumn="0" w:firstRowLastColumn="0" w:lastRowFirstColumn="0" w:lastRowLastColumn="0"/>
            </w:pPr>
            <w:r>
              <w:t>0</w:t>
            </w:r>
          </w:p>
        </w:tc>
        <w:tc>
          <w:tcPr>
            <w:tcW w:w="982" w:type="dxa"/>
          </w:tcPr>
          <w:p w14:paraId="145B98EE" w14:textId="77777777" w:rsidR="001B7386" w:rsidRDefault="001B7386">
            <w:pPr>
              <w:cnfStyle w:val="000000000000" w:firstRow="0" w:lastRow="0" w:firstColumn="0" w:lastColumn="0" w:oddVBand="0" w:evenVBand="0" w:oddHBand="0" w:evenHBand="0" w:firstRowFirstColumn="0" w:firstRowLastColumn="0" w:lastRowFirstColumn="0" w:lastRowLastColumn="0"/>
            </w:pPr>
            <w:r>
              <w:t>415</w:t>
            </w:r>
          </w:p>
        </w:tc>
      </w:tr>
      <w:tr w:rsidR="001B7386" w14:paraId="31AC1CAC" w14:textId="77777777" w:rsidTr="001B7386">
        <w:tc>
          <w:tcPr>
            <w:cnfStyle w:val="001000000000" w:firstRow="0" w:lastRow="0" w:firstColumn="1" w:lastColumn="0" w:oddVBand="0" w:evenVBand="0" w:oddHBand="0" w:evenHBand="0" w:firstRowFirstColumn="0" w:firstRowLastColumn="0" w:lastRowFirstColumn="0" w:lastRowLastColumn="0"/>
            <w:tcW w:w="352" w:type="dxa"/>
          </w:tcPr>
          <w:p w14:paraId="352541E6" w14:textId="77777777" w:rsidR="001B7386" w:rsidRDefault="001B7386">
            <w:r>
              <w:t>5</w:t>
            </w:r>
          </w:p>
        </w:tc>
        <w:tc>
          <w:tcPr>
            <w:tcW w:w="2620" w:type="dxa"/>
          </w:tcPr>
          <w:p w14:paraId="715DE2DA" w14:textId="77777777" w:rsidR="001B7386" w:rsidRDefault="001B7386">
            <w:pPr>
              <w:cnfStyle w:val="000000000000" w:firstRow="0" w:lastRow="0" w:firstColumn="0" w:lastColumn="0" w:oddVBand="0" w:evenVBand="0" w:oddHBand="0" w:evenHBand="0" w:firstRowFirstColumn="0" w:firstRowLastColumn="0" w:lastRowFirstColumn="0" w:lastRowLastColumn="0"/>
            </w:pPr>
            <w:r>
              <w:t>Cheese Sandwich</w:t>
            </w:r>
          </w:p>
        </w:tc>
        <w:tc>
          <w:tcPr>
            <w:tcW w:w="655" w:type="dxa"/>
          </w:tcPr>
          <w:p w14:paraId="39D4BE48" w14:textId="77777777" w:rsidR="001B7386" w:rsidRDefault="001B7386">
            <w:pPr>
              <w:cnfStyle w:val="000000000000" w:firstRow="0" w:lastRow="0" w:firstColumn="0" w:lastColumn="0" w:oddVBand="0" w:evenVBand="0" w:oddHBand="0" w:evenHBand="0" w:firstRowFirstColumn="0" w:firstRowLastColumn="0" w:lastRowFirstColumn="0" w:lastRowLastColumn="0"/>
            </w:pPr>
            <w:r>
              <w:t>440</w:t>
            </w:r>
          </w:p>
        </w:tc>
        <w:tc>
          <w:tcPr>
            <w:tcW w:w="977" w:type="dxa"/>
          </w:tcPr>
          <w:p w14:paraId="31949804" w14:textId="77777777" w:rsidR="001B7386" w:rsidRDefault="001B7386">
            <w:pPr>
              <w:cnfStyle w:val="000000000000" w:firstRow="0" w:lastRow="0" w:firstColumn="0" w:lastColumn="0" w:oddVBand="0" w:evenVBand="0" w:oddHBand="0" w:evenHBand="0" w:firstRowFirstColumn="0" w:firstRowLastColumn="0" w:lastRowFirstColumn="0" w:lastRowLastColumn="0"/>
            </w:pPr>
            <w:r>
              <w:t>21</w:t>
            </w:r>
          </w:p>
        </w:tc>
        <w:tc>
          <w:tcPr>
            <w:tcW w:w="793" w:type="dxa"/>
          </w:tcPr>
          <w:p w14:paraId="2C988C59" w14:textId="77777777" w:rsidR="001B7386" w:rsidRDefault="001B7386">
            <w:pPr>
              <w:cnfStyle w:val="000000000000" w:firstRow="0" w:lastRow="0" w:firstColumn="0" w:lastColumn="0" w:oddVBand="0" w:evenVBand="0" w:oddHBand="0" w:evenHBand="0" w:firstRowFirstColumn="0" w:firstRowLastColumn="0" w:lastRowFirstColumn="0" w:lastRowLastColumn="0"/>
            </w:pPr>
            <w:r>
              <w:t>29</w:t>
            </w:r>
          </w:p>
        </w:tc>
        <w:tc>
          <w:tcPr>
            <w:tcW w:w="627" w:type="dxa"/>
          </w:tcPr>
          <w:p w14:paraId="734D0354" w14:textId="77777777" w:rsidR="001B7386" w:rsidRDefault="001B7386">
            <w:pPr>
              <w:cnfStyle w:val="000000000000" w:firstRow="0" w:lastRow="0" w:firstColumn="0" w:lastColumn="0" w:oddVBand="0" w:evenVBand="0" w:oddHBand="0" w:evenHBand="0" w:firstRowFirstColumn="0" w:firstRowLastColumn="0" w:lastRowFirstColumn="0" w:lastRowLastColumn="0"/>
            </w:pPr>
            <w:r>
              <w:t>27.0</w:t>
            </w:r>
          </w:p>
        </w:tc>
        <w:tc>
          <w:tcPr>
            <w:tcW w:w="667" w:type="dxa"/>
          </w:tcPr>
          <w:p w14:paraId="5BAEC852" w14:textId="77777777" w:rsidR="001B7386" w:rsidRDefault="001B7386">
            <w:pPr>
              <w:cnfStyle w:val="000000000000" w:firstRow="0" w:lastRow="0" w:firstColumn="0" w:lastColumn="0" w:oddVBand="0" w:evenVBand="0" w:oddHBand="0" w:evenHBand="0" w:firstRowFirstColumn="0" w:firstRowLastColumn="0" w:lastRowFirstColumn="0" w:lastRowLastColumn="0"/>
            </w:pPr>
            <w:r>
              <w:t>75</w:t>
            </w:r>
          </w:p>
        </w:tc>
        <w:tc>
          <w:tcPr>
            <w:tcW w:w="982" w:type="dxa"/>
          </w:tcPr>
          <w:p w14:paraId="5B47E09B" w14:textId="77777777" w:rsidR="001B7386" w:rsidRDefault="001B7386">
            <w:pPr>
              <w:cnfStyle w:val="000000000000" w:firstRow="0" w:lastRow="0" w:firstColumn="0" w:lastColumn="0" w:oddVBand="0" w:evenVBand="0" w:oddHBand="0" w:evenHBand="0" w:firstRowFirstColumn="0" w:firstRowLastColumn="0" w:lastRowFirstColumn="0" w:lastRowLastColumn="0"/>
            </w:pPr>
            <w:r>
              <w:t>1760</w:t>
            </w:r>
          </w:p>
        </w:tc>
      </w:tr>
    </w:tbl>
    <w:p w14:paraId="32D4B698" w14:textId="77777777" w:rsidR="00F9276F" w:rsidRDefault="00000000">
      <w:r>
        <w:t>Sides available:</w:t>
      </w:r>
    </w:p>
    <w:p w14:paraId="256DC355" w14:textId="77777777" w:rsidR="00F9276F" w:rsidRDefault="00000000">
      <w:r>
        <w:t>Vegetables: Carrots, steamed, 4 oz, Cucumbers, 4 oz, Spinach salad, 1 cup</w:t>
      </w:r>
    </w:p>
    <w:p w14:paraId="7EEB4CBF" w14:textId="77777777" w:rsidR="00F9276F" w:rsidRDefault="00000000">
      <w:r>
        <w:t>Fruits: Peaches, 4 oz (cup), Orange, medium</w:t>
      </w:r>
    </w:p>
    <w:p w14:paraId="23EC366C" w14:textId="11CB2201" w:rsidR="00F9276F" w:rsidRPr="001B7386" w:rsidRDefault="001B7386" w:rsidP="001B7386">
      <w:pPr>
        <w:rPr>
          <w:b/>
          <w:bCs/>
        </w:rPr>
      </w:pPr>
      <w:r w:rsidRPr="001B7386">
        <w:t>Day</w:t>
      </w:r>
      <w:r w:rsidRPr="001B7386">
        <w:rPr>
          <w:b/>
          <w:bCs/>
        </w:rPr>
        <w:t xml:space="preserve">: Wednesday </w:t>
      </w:r>
    </w:p>
    <w:tbl>
      <w:tblPr>
        <w:tblStyle w:val="GridTable1Light-Accent2"/>
        <w:tblW w:w="0" w:type="auto"/>
        <w:tblLook w:val="04A0" w:firstRow="1" w:lastRow="0" w:firstColumn="1" w:lastColumn="0" w:noHBand="0" w:noVBand="1"/>
      </w:tblPr>
      <w:tblGrid>
        <w:gridCol w:w="674"/>
        <w:gridCol w:w="2269"/>
        <w:gridCol w:w="785"/>
        <w:gridCol w:w="977"/>
        <w:gridCol w:w="837"/>
        <w:gridCol w:w="775"/>
        <w:gridCol w:w="790"/>
        <w:gridCol w:w="982"/>
      </w:tblGrid>
      <w:tr w:rsidR="001B7386" w14:paraId="06980A4A" w14:textId="77777777" w:rsidTr="001B7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37F08A74" w14:textId="77777777" w:rsidR="001B7386" w:rsidRDefault="001B7386">
            <w:r>
              <w:t>#</w:t>
            </w:r>
          </w:p>
        </w:tc>
        <w:tc>
          <w:tcPr>
            <w:tcW w:w="2269" w:type="dxa"/>
          </w:tcPr>
          <w:p w14:paraId="21FC46FB" w14:textId="77777777" w:rsidR="001B7386" w:rsidRDefault="001B7386">
            <w:pPr>
              <w:cnfStyle w:val="100000000000" w:firstRow="1" w:lastRow="0" w:firstColumn="0" w:lastColumn="0" w:oddVBand="0" w:evenVBand="0" w:oddHBand="0" w:evenHBand="0" w:firstRowFirstColumn="0" w:firstRowLastColumn="0" w:lastRowFirstColumn="0" w:lastRowLastColumn="0"/>
            </w:pPr>
            <w:r>
              <w:t>Entrée</w:t>
            </w:r>
          </w:p>
        </w:tc>
        <w:tc>
          <w:tcPr>
            <w:tcW w:w="785" w:type="dxa"/>
          </w:tcPr>
          <w:p w14:paraId="663BBF8E" w14:textId="77C36410" w:rsidR="001B7386" w:rsidRDefault="001B7386">
            <w:pPr>
              <w:cnfStyle w:val="100000000000" w:firstRow="1" w:lastRow="0" w:firstColumn="0" w:lastColumn="0" w:oddVBand="0" w:evenVBand="0" w:oddHBand="0" w:evenHBand="0" w:firstRowFirstColumn="0" w:firstRowLastColumn="0" w:lastRowFirstColumn="0" w:lastRowLastColumn="0"/>
            </w:pPr>
            <w:r>
              <w:t>Kcal</w:t>
            </w:r>
          </w:p>
        </w:tc>
        <w:tc>
          <w:tcPr>
            <w:tcW w:w="977" w:type="dxa"/>
          </w:tcPr>
          <w:p w14:paraId="1D30A984" w14:textId="77777777" w:rsidR="001B7386" w:rsidRDefault="001B7386">
            <w:pPr>
              <w:cnfStyle w:val="100000000000" w:firstRow="1" w:lastRow="0" w:firstColumn="0" w:lastColumn="0" w:oddVBand="0" w:evenVBand="0" w:oddHBand="0" w:evenHBand="0" w:firstRowFirstColumn="0" w:firstRowLastColumn="0" w:lastRowFirstColumn="0" w:lastRowLastColumn="0"/>
            </w:pPr>
            <w:r>
              <w:t>Protein</w:t>
            </w:r>
          </w:p>
        </w:tc>
        <w:tc>
          <w:tcPr>
            <w:tcW w:w="837" w:type="dxa"/>
          </w:tcPr>
          <w:p w14:paraId="6EE3FB40" w14:textId="77777777" w:rsidR="001B7386" w:rsidRDefault="001B7386">
            <w:pPr>
              <w:cnfStyle w:val="100000000000" w:firstRow="1" w:lastRow="0" w:firstColumn="0" w:lastColumn="0" w:oddVBand="0" w:evenVBand="0" w:oddHBand="0" w:evenHBand="0" w:firstRowFirstColumn="0" w:firstRowLastColumn="0" w:lastRowFirstColumn="0" w:lastRowLastColumn="0"/>
            </w:pPr>
            <w:r>
              <w:t>Carbs</w:t>
            </w:r>
          </w:p>
        </w:tc>
        <w:tc>
          <w:tcPr>
            <w:tcW w:w="775" w:type="dxa"/>
          </w:tcPr>
          <w:p w14:paraId="3B2ABF56" w14:textId="77777777" w:rsidR="001B7386" w:rsidRDefault="001B7386">
            <w:pPr>
              <w:cnfStyle w:val="100000000000" w:firstRow="1" w:lastRow="0" w:firstColumn="0" w:lastColumn="0" w:oddVBand="0" w:evenVBand="0" w:oddHBand="0" w:evenHBand="0" w:firstRowFirstColumn="0" w:firstRowLastColumn="0" w:lastRowFirstColumn="0" w:lastRowLastColumn="0"/>
            </w:pPr>
            <w:r>
              <w:t>Fat</w:t>
            </w:r>
          </w:p>
        </w:tc>
        <w:tc>
          <w:tcPr>
            <w:tcW w:w="790" w:type="dxa"/>
          </w:tcPr>
          <w:p w14:paraId="4758B657" w14:textId="77777777" w:rsidR="001B7386" w:rsidRDefault="001B7386">
            <w:pPr>
              <w:cnfStyle w:val="100000000000" w:firstRow="1" w:lastRow="0" w:firstColumn="0" w:lastColumn="0" w:oddVBand="0" w:evenVBand="0" w:oddHBand="0" w:evenHBand="0" w:firstRowFirstColumn="0" w:firstRowLastColumn="0" w:lastRowFirstColumn="0" w:lastRowLastColumn="0"/>
            </w:pPr>
            <w:r>
              <w:t>Chol</w:t>
            </w:r>
          </w:p>
        </w:tc>
        <w:tc>
          <w:tcPr>
            <w:tcW w:w="982" w:type="dxa"/>
          </w:tcPr>
          <w:p w14:paraId="3157F89B" w14:textId="77777777" w:rsidR="001B7386" w:rsidRDefault="001B7386">
            <w:pPr>
              <w:cnfStyle w:val="100000000000" w:firstRow="1" w:lastRow="0" w:firstColumn="0" w:lastColumn="0" w:oddVBand="0" w:evenVBand="0" w:oddHBand="0" w:evenHBand="0" w:firstRowFirstColumn="0" w:firstRowLastColumn="0" w:lastRowFirstColumn="0" w:lastRowLastColumn="0"/>
            </w:pPr>
            <w:r>
              <w:t>Sodium</w:t>
            </w:r>
          </w:p>
        </w:tc>
      </w:tr>
      <w:tr w:rsidR="001B7386" w14:paraId="0219C562" w14:textId="77777777" w:rsidTr="001B7386">
        <w:tc>
          <w:tcPr>
            <w:cnfStyle w:val="001000000000" w:firstRow="0" w:lastRow="0" w:firstColumn="1" w:lastColumn="0" w:oddVBand="0" w:evenVBand="0" w:oddHBand="0" w:evenHBand="0" w:firstRowFirstColumn="0" w:firstRowLastColumn="0" w:lastRowFirstColumn="0" w:lastRowLastColumn="0"/>
            <w:tcW w:w="674" w:type="dxa"/>
          </w:tcPr>
          <w:p w14:paraId="11CF5AE7" w14:textId="77777777" w:rsidR="001B7386" w:rsidRDefault="001B7386">
            <w:r>
              <w:t>1</w:t>
            </w:r>
          </w:p>
        </w:tc>
        <w:tc>
          <w:tcPr>
            <w:tcW w:w="2269" w:type="dxa"/>
          </w:tcPr>
          <w:p w14:paraId="5ADF153A" w14:textId="77777777" w:rsidR="001B7386" w:rsidRDefault="001B7386">
            <w:pPr>
              <w:cnfStyle w:val="000000000000" w:firstRow="0" w:lastRow="0" w:firstColumn="0" w:lastColumn="0" w:oddVBand="0" w:evenVBand="0" w:oddHBand="0" w:evenHBand="0" w:firstRowFirstColumn="0" w:firstRowLastColumn="0" w:lastRowFirstColumn="0" w:lastRowLastColumn="0"/>
            </w:pPr>
            <w:r>
              <w:t>Mini Pancakes + Scrambled Eggs</w:t>
            </w:r>
          </w:p>
        </w:tc>
        <w:tc>
          <w:tcPr>
            <w:tcW w:w="785" w:type="dxa"/>
          </w:tcPr>
          <w:p w14:paraId="3B3E2C96" w14:textId="77777777" w:rsidR="001B7386" w:rsidRDefault="001B7386">
            <w:pPr>
              <w:cnfStyle w:val="000000000000" w:firstRow="0" w:lastRow="0" w:firstColumn="0" w:lastColumn="0" w:oddVBand="0" w:evenVBand="0" w:oddHBand="0" w:evenHBand="0" w:firstRowFirstColumn="0" w:firstRowLastColumn="0" w:lastRowFirstColumn="0" w:lastRowLastColumn="0"/>
            </w:pPr>
            <w:r>
              <w:t>310</w:t>
            </w:r>
          </w:p>
        </w:tc>
        <w:tc>
          <w:tcPr>
            <w:tcW w:w="977" w:type="dxa"/>
          </w:tcPr>
          <w:p w14:paraId="5B413A27" w14:textId="77777777" w:rsidR="001B7386" w:rsidRDefault="001B7386">
            <w:pPr>
              <w:cnfStyle w:val="000000000000" w:firstRow="0" w:lastRow="0" w:firstColumn="0" w:lastColumn="0" w:oddVBand="0" w:evenVBand="0" w:oddHBand="0" w:evenHBand="0" w:firstRowFirstColumn="0" w:firstRowLastColumn="0" w:lastRowFirstColumn="0" w:lastRowLastColumn="0"/>
            </w:pPr>
            <w:r>
              <w:t>13</w:t>
            </w:r>
          </w:p>
        </w:tc>
        <w:tc>
          <w:tcPr>
            <w:tcW w:w="837" w:type="dxa"/>
          </w:tcPr>
          <w:p w14:paraId="7060C4D4" w14:textId="77777777" w:rsidR="001B7386" w:rsidRDefault="001B7386">
            <w:pPr>
              <w:cnfStyle w:val="000000000000" w:firstRow="0" w:lastRow="0" w:firstColumn="0" w:lastColumn="0" w:oddVBand="0" w:evenVBand="0" w:oddHBand="0" w:evenHBand="0" w:firstRowFirstColumn="0" w:firstRowLastColumn="0" w:lastRowFirstColumn="0" w:lastRowLastColumn="0"/>
            </w:pPr>
            <w:r>
              <w:t>39</w:t>
            </w:r>
          </w:p>
        </w:tc>
        <w:tc>
          <w:tcPr>
            <w:tcW w:w="775" w:type="dxa"/>
          </w:tcPr>
          <w:p w14:paraId="4B6BF0FA" w14:textId="77777777" w:rsidR="001B7386" w:rsidRDefault="001B7386">
            <w:pPr>
              <w:cnfStyle w:val="000000000000" w:firstRow="0" w:lastRow="0" w:firstColumn="0" w:lastColumn="0" w:oddVBand="0" w:evenVBand="0" w:oddHBand="0" w:evenHBand="0" w:firstRowFirstColumn="0" w:firstRowLastColumn="0" w:lastRowFirstColumn="0" w:lastRowLastColumn="0"/>
            </w:pPr>
            <w:r>
              <w:t>12.0</w:t>
            </w:r>
          </w:p>
        </w:tc>
        <w:tc>
          <w:tcPr>
            <w:tcW w:w="790" w:type="dxa"/>
          </w:tcPr>
          <w:p w14:paraId="6B22F1BD" w14:textId="77777777" w:rsidR="001B7386" w:rsidRDefault="001B7386">
            <w:pPr>
              <w:cnfStyle w:val="000000000000" w:firstRow="0" w:lastRow="0" w:firstColumn="0" w:lastColumn="0" w:oddVBand="0" w:evenVBand="0" w:oddHBand="0" w:evenHBand="0" w:firstRowFirstColumn="0" w:firstRowLastColumn="0" w:lastRowFirstColumn="0" w:lastRowLastColumn="0"/>
            </w:pPr>
            <w:r>
              <w:t>195</w:t>
            </w:r>
          </w:p>
        </w:tc>
        <w:tc>
          <w:tcPr>
            <w:tcW w:w="982" w:type="dxa"/>
          </w:tcPr>
          <w:p w14:paraId="36A0CD48" w14:textId="77777777" w:rsidR="001B7386" w:rsidRDefault="001B7386">
            <w:pPr>
              <w:cnfStyle w:val="000000000000" w:firstRow="0" w:lastRow="0" w:firstColumn="0" w:lastColumn="0" w:oddVBand="0" w:evenVBand="0" w:oddHBand="0" w:evenHBand="0" w:firstRowFirstColumn="0" w:firstRowLastColumn="0" w:lastRowFirstColumn="0" w:lastRowLastColumn="0"/>
            </w:pPr>
            <w:r>
              <w:t>520</w:t>
            </w:r>
          </w:p>
        </w:tc>
      </w:tr>
      <w:tr w:rsidR="001B7386" w14:paraId="117ADD81" w14:textId="77777777" w:rsidTr="001B7386">
        <w:tc>
          <w:tcPr>
            <w:cnfStyle w:val="001000000000" w:firstRow="0" w:lastRow="0" w:firstColumn="1" w:lastColumn="0" w:oddVBand="0" w:evenVBand="0" w:oddHBand="0" w:evenHBand="0" w:firstRowFirstColumn="0" w:firstRowLastColumn="0" w:lastRowFirstColumn="0" w:lastRowLastColumn="0"/>
            <w:tcW w:w="674" w:type="dxa"/>
          </w:tcPr>
          <w:p w14:paraId="31B5FA86" w14:textId="77777777" w:rsidR="001B7386" w:rsidRDefault="001B7386">
            <w:r>
              <w:t>2</w:t>
            </w:r>
          </w:p>
        </w:tc>
        <w:tc>
          <w:tcPr>
            <w:tcW w:w="2269" w:type="dxa"/>
          </w:tcPr>
          <w:p w14:paraId="2D58A9D2" w14:textId="77777777" w:rsidR="001B7386" w:rsidRDefault="001B7386">
            <w:pPr>
              <w:cnfStyle w:val="000000000000" w:firstRow="0" w:lastRow="0" w:firstColumn="0" w:lastColumn="0" w:oddVBand="0" w:evenVBand="0" w:oddHBand="0" w:evenHBand="0" w:firstRowFirstColumn="0" w:firstRowLastColumn="0" w:lastRowFirstColumn="0" w:lastRowLastColumn="0"/>
            </w:pPr>
            <w:r>
              <w:t>Chicken Patty Sandwich</w:t>
            </w:r>
          </w:p>
        </w:tc>
        <w:tc>
          <w:tcPr>
            <w:tcW w:w="785" w:type="dxa"/>
          </w:tcPr>
          <w:p w14:paraId="3D779E2D" w14:textId="77777777" w:rsidR="001B7386" w:rsidRDefault="001B7386">
            <w:pPr>
              <w:cnfStyle w:val="000000000000" w:firstRow="0" w:lastRow="0" w:firstColumn="0" w:lastColumn="0" w:oddVBand="0" w:evenVBand="0" w:oddHBand="0" w:evenHBand="0" w:firstRowFirstColumn="0" w:firstRowLastColumn="0" w:lastRowFirstColumn="0" w:lastRowLastColumn="0"/>
            </w:pPr>
            <w:r>
              <w:t>330</w:t>
            </w:r>
          </w:p>
        </w:tc>
        <w:tc>
          <w:tcPr>
            <w:tcW w:w="977" w:type="dxa"/>
          </w:tcPr>
          <w:p w14:paraId="30FC09BA" w14:textId="77777777" w:rsidR="001B7386" w:rsidRDefault="001B7386">
            <w:pPr>
              <w:cnfStyle w:val="000000000000" w:firstRow="0" w:lastRow="0" w:firstColumn="0" w:lastColumn="0" w:oddVBand="0" w:evenVBand="0" w:oddHBand="0" w:evenHBand="0" w:firstRowFirstColumn="0" w:firstRowLastColumn="0" w:lastRowFirstColumn="0" w:lastRowLastColumn="0"/>
            </w:pPr>
            <w:r>
              <w:t>18</w:t>
            </w:r>
          </w:p>
        </w:tc>
        <w:tc>
          <w:tcPr>
            <w:tcW w:w="837" w:type="dxa"/>
          </w:tcPr>
          <w:p w14:paraId="500DF531" w14:textId="77777777" w:rsidR="001B7386" w:rsidRDefault="001B7386">
            <w:pPr>
              <w:cnfStyle w:val="000000000000" w:firstRow="0" w:lastRow="0" w:firstColumn="0" w:lastColumn="0" w:oddVBand="0" w:evenVBand="0" w:oddHBand="0" w:evenHBand="0" w:firstRowFirstColumn="0" w:firstRowLastColumn="0" w:lastRowFirstColumn="0" w:lastRowLastColumn="0"/>
            </w:pPr>
            <w:r>
              <w:t>34</w:t>
            </w:r>
          </w:p>
        </w:tc>
        <w:tc>
          <w:tcPr>
            <w:tcW w:w="775" w:type="dxa"/>
          </w:tcPr>
          <w:p w14:paraId="428443B9" w14:textId="77777777" w:rsidR="001B7386" w:rsidRDefault="001B7386">
            <w:pPr>
              <w:cnfStyle w:val="000000000000" w:firstRow="0" w:lastRow="0" w:firstColumn="0" w:lastColumn="0" w:oddVBand="0" w:evenVBand="0" w:oddHBand="0" w:evenHBand="0" w:firstRowFirstColumn="0" w:firstRowLastColumn="0" w:lastRowFirstColumn="0" w:lastRowLastColumn="0"/>
            </w:pPr>
            <w:r>
              <w:t>12.0</w:t>
            </w:r>
          </w:p>
        </w:tc>
        <w:tc>
          <w:tcPr>
            <w:tcW w:w="790" w:type="dxa"/>
          </w:tcPr>
          <w:p w14:paraId="5C15B2B6" w14:textId="77777777" w:rsidR="001B7386" w:rsidRDefault="001B7386">
            <w:pPr>
              <w:cnfStyle w:val="000000000000" w:firstRow="0" w:lastRow="0" w:firstColumn="0" w:lastColumn="0" w:oddVBand="0" w:evenVBand="0" w:oddHBand="0" w:evenHBand="0" w:firstRowFirstColumn="0" w:firstRowLastColumn="0" w:lastRowFirstColumn="0" w:lastRowLastColumn="0"/>
            </w:pPr>
            <w:r>
              <w:t>45</w:t>
            </w:r>
          </w:p>
        </w:tc>
        <w:tc>
          <w:tcPr>
            <w:tcW w:w="982" w:type="dxa"/>
          </w:tcPr>
          <w:p w14:paraId="4775C709" w14:textId="77777777" w:rsidR="001B7386" w:rsidRDefault="001B7386">
            <w:pPr>
              <w:cnfStyle w:val="000000000000" w:firstRow="0" w:lastRow="0" w:firstColumn="0" w:lastColumn="0" w:oddVBand="0" w:evenVBand="0" w:oddHBand="0" w:evenHBand="0" w:firstRowFirstColumn="0" w:firstRowLastColumn="0" w:lastRowFirstColumn="0" w:lastRowLastColumn="0"/>
            </w:pPr>
            <w:r>
              <w:t>680</w:t>
            </w:r>
          </w:p>
        </w:tc>
      </w:tr>
      <w:tr w:rsidR="001B7386" w14:paraId="7C7CDFB7" w14:textId="77777777" w:rsidTr="001B7386">
        <w:tc>
          <w:tcPr>
            <w:cnfStyle w:val="001000000000" w:firstRow="0" w:lastRow="0" w:firstColumn="1" w:lastColumn="0" w:oddVBand="0" w:evenVBand="0" w:oddHBand="0" w:evenHBand="0" w:firstRowFirstColumn="0" w:firstRowLastColumn="0" w:lastRowFirstColumn="0" w:lastRowLastColumn="0"/>
            <w:tcW w:w="674" w:type="dxa"/>
          </w:tcPr>
          <w:p w14:paraId="31905D7B" w14:textId="77777777" w:rsidR="001B7386" w:rsidRDefault="001B7386">
            <w:r>
              <w:t>3</w:t>
            </w:r>
          </w:p>
        </w:tc>
        <w:tc>
          <w:tcPr>
            <w:tcW w:w="2269" w:type="dxa"/>
          </w:tcPr>
          <w:p w14:paraId="0A5EF355" w14:textId="77777777" w:rsidR="001B7386" w:rsidRDefault="001B7386">
            <w:pPr>
              <w:cnfStyle w:val="000000000000" w:firstRow="0" w:lastRow="0" w:firstColumn="0" w:lastColumn="0" w:oddVBand="0" w:evenVBand="0" w:oddHBand="0" w:evenHBand="0" w:firstRowFirstColumn="0" w:firstRowLastColumn="0" w:lastRowFirstColumn="0" w:lastRowLastColumn="0"/>
            </w:pPr>
            <w:r>
              <w:t>Ham &amp; Cheese Sandwich</w:t>
            </w:r>
          </w:p>
        </w:tc>
        <w:tc>
          <w:tcPr>
            <w:tcW w:w="785" w:type="dxa"/>
          </w:tcPr>
          <w:p w14:paraId="77A9A777" w14:textId="77777777" w:rsidR="001B7386" w:rsidRDefault="001B7386">
            <w:pPr>
              <w:cnfStyle w:val="000000000000" w:firstRow="0" w:lastRow="0" w:firstColumn="0" w:lastColumn="0" w:oddVBand="0" w:evenVBand="0" w:oddHBand="0" w:evenHBand="0" w:firstRowFirstColumn="0" w:firstRowLastColumn="0" w:lastRowFirstColumn="0" w:lastRowLastColumn="0"/>
            </w:pPr>
            <w:r>
              <w:t>380</w:t>
            </w:r>
          </w:p>
        </w:tc>
        <w:tc>
          <w:tcPr>
            <w:tcW w:w="977" w:type="dxa"/>
          </w:tcPr>
          <w:p w14:paraId="428A8B26" w14:textId="77777777" w:rsidR="001B7386" w:rsidRDefault="001B7386">
            <w:pPr>
              <w:cnfStyle w:val="000000000000" w:firstRow="0" w:lastRow="0" w:firstColumn="0" w:lastColumn="0" w:oddVBand="0" w:evenVBand="0" w:oddHBand="0" w:evenHBand="0" w:firstRowFirstColumn="0" w:firstRowLastColumn="0" w:lastRowFirstColumn="0" w:lastRowLastColumn="0"/>
            </w:pPr>
            <w:r>
              <w:t>28</w:t>
            </w:r>
          </w:p>
        </w:tc>
        <w:tc>
          <w:tcPr>
            <w:tcW w:w="837" w:type="dxa"/>
          </w:tcPr>
          <w:p w14:paraId="58090180" w14:textId="77777777" w:rsidR="001B7386" w:rsidRDefault="001B7386">
            <w:pPr>
              <w:cnfStyle w:val="000000000000" w:firstRow="0" w:lastRow="0" w:firstColumn="0" w:lastColumn="0" w:oddVBand="0" w:evenVBand="0" w:oddHBand="0" w:evenHBand="0" w:firstRowFirstColumn="0" w:firstRowLastColumn="0" w:lastRowFirstColumn="0" w:lastRowLastColumn="0"/>
            </w:pPr>
            <w:r>
              <w:t>28</w:t>
            </w:r>
          </w:p>
        </w:tc>
        <w:tc>
          <w:tcPr>
            <w:tcW w:w="775" w:type="dxa"/>
          </w:tcPr>
          <w:p w14:paraId="6C8B7D63" w14:textId="77777777" w:rsidR="001B7386" w:rsidRDefault="001B7386">
            <w:pPr>
              <w:cnfStyle w:val="000000000000" w:firstRow="0" w:lastRow="0" w:firstColumn="0" w:lastColumn="0" w:oddVBand="0" w:evenVBand="0" w:oddHBand="0" w:evenHBand="0" w:firstRowFirstColumn="0" w:firstRowLastColumn="0" w:lastRowFirstColumn="0" w:lastRowLastColumn="0"/>
            </w:pPr>
            <w:r>
              <w:t>17.0</w:t>
            </w:r>
          </w:p>
        </w:tc>
        <w:tc>
          <w:tcPr>
            <w:tcW w:w="790" w:type="dxa"/>
          </w:tcPr>
          <w:p w14:paraId="0E4C202A" w14:textId="77777777" w:rsidR="001B7386" w:rsidRDefault="001B7386">
            <w:pPr>
              <w:cnfStyle w:val="000000000000" w:firstRow="0" w:lastRow="0" w:firstColumn="0" w:lastColumn="0" w:oddVBand="0" w:evenVBand="0" w:oddHBand="0" w:evenHBand="0" w:firstRowFirstColumn="0" w:firstRowLastColumn="0" w:lastRowFirstColumn="0" w:lastRowLastColumn="0"/>
            </w:pPr>
            <w:r>
              <w:t>80</w:t>
            </w:r>
          </w:p>
        </w:tc>
        <w:tc>
          <w:tcPr>
            <w:tcW w:w="982" w:type="dxa"/>
          </w:tcPr>
          <w:p w14:paraId="197A9F43" w14:textId="77777777" w:rsidR="001B7386" w:rsidRDefault="001B7386">
            <w:pPr>
              <w:cnfStyle w:val="000000000000" w:firstRow="0" w:lastRow="0" w:firstColumn="0" w:lastColumn="0" w:oddVBand="0" w:evenVBand="0" w:oddHBand="0" w:evenHBand="0" w:firstRowFirstColumn="0" w:firstRowLastColumn="0" w:lastRowFirstColumn="0" w:lastRowLastColumn="0"/>
            </w:pPr>
            <w:r>
              <w:t>1860</w:t>
            </w:r>
          </w:p>
        </w:tc>
      </w:tr>
      <w:tr w:rsidR="001B7386" w14:paraId="3503B43E" w14:textId="77777777" w:rsidTr="001B7386">
        <w:tc>
          <w:tcPr>
            <w:cnfStyle w:val="001000000000" w:firstRow="0" w:lastRow="0" w:firstColumn="1" w:lastColumn="0" w:oddVBand="0" w:evenVBand="0" w:oddHBand="0" w:evenHBand="0" w:firstRowFirstColumn="0" w:firstRowLastColumn="0" w:lastRowFirstColumn="0" w:lastRowLastColumn="0"/>
            <w:tcW w:w="674" w:type="dxa"/>
          </w:tcPr>
          <w:p w14:paraId="5D9F66B1" w14:textId="77777777" w:rsidR="001B7386" w:rsidRDefault="001B7386">
            <w:r>
              <w:t>4</w:t>
            </w:r>
          </w:p>
        </w:tc>
        <w:tc>
          <w:tcPr>
            <w:tcW w:w="2269" w:type="dxa"/>
          </w:tcPr>
          <w:p w14:paraId="47336DD7" w14:textId="77777777" w:rsidR="001B7386" w:rsidRDefault="001B7386">
            <w:pPr>
              <w:cnfStyle w:val="000000000000" w:firstRow="0" w:lastRow="0" w:firstColumn="0" w:lastColumn="0" w:oddVBand="0" w:evenVBand="0" w:oddHBand="0" w:evenHBand="0" w:firstRowFirstColumn="0" w:firstRowLastColumn="0" w:lastRowFirstColumn="0" w:lastRowLastColumn="0"/>
            </w:pPr>
            <w:r>
              <w:t>PB&amp;J</w:t>
            </w:r>
          </w:p>
        </w:tc>
        <w:tc>
          <w:tcPr>
            <w:tcW w:w="785" w:type="dxa"/>
          </w:tcPr>
          <w:p w14:paraId="1B09AD45" w14:textId="77777777" w:rsidR="001B7386" w:rsidRDefault="001B7386">
            <w:pPr>
              <w:cnfStyle w:val="000000000000" w:firstRow="0" w:lastRow="0" w:firstColumn="0" w:lastColumn="0" w:oddVBand="0" w:evenVBand="0" w:oddHBand="0" w:evenHBand="0" w:firstRowFirstColumn="0" w:firstRowLastColumn="0" w:lastRowFirstColumn="0" w:lastRowLastColumn="0"/>
            </w:pPr>
            <w:r>
              <w:t>400</w:t>
            </w:r>
          </w:p>
        </w:tc>
        <w:tc>
          <w:tcPr>
            <w:tcW w:w="977" w:type="dxa"/>
          </w:tcPr>
          <w:p w14:paraId="5D48F393" w14:textId="77777777" w:rsidR="001B7386" w:rsidRDefault="001B7386">
            <w:pPr>
              <w:cnfStyle w:val="000000000000" w:firstRow="0" w:lastRow="0" w:firstColumn="0" w:lastColumn="0" w:oddVBand="0" w:evenVBand="0" w:oddHBand="0" w:evenHBand="0" w:firstRowFirstColumn="0" w:firstRowLastColumn="0" w:lastRowFirstColumn="0" w:lastRowLastColumn="0"/>
            </w:pPr>
            <w:r>
              <w:t>14</w:t>
            </w:r>
          </w:p>
        </w:tc>
        <w:tc>
          <w:tcPr>
            <w:tcW w:w="837" w:type="dxa"/>
          </w:tcPr>
          <w:p w14:paraId="52B5417E" w14:textId="77777777" w:rsidR="001B7386" w:rsidRDefault="001B7386">
            <w:pPr>
              <w:cnfStyle w:val="000000000000" w:firstRow="0" w:lastRow="0" w:firstColumn="0" w:lastColumn="0" w:oddVBand="0" w:evenVBand="0" w:oddHBand="0" w:evenHBand="0" w:firstRowFirstColumn="0" w:firstRowLastColumn="0" w:lastRowFirstColumn="0" w:lastRowLastColumn="0"/>
            </w:pPr>
            <w:r>
              <w:t>49</w:t>
            </w:r>
          </w:p>
        </w:tc>
        <w:tc>
          <w:tcPr>
            <w:tcW w:w="775" w:type="dxa"/>
          </w:tcPr>
          <w:p w14:paraId="0E9E589E" w14:textId="77777777" w:rsidR="001B7386" w:rsidRDefault="001B7386">
            <w:pPr>
              <w:cnfStyle w:val="000000000000" w:firstRow="0" w:lastRow="0" w:firstColumn="0" w:lastColumn="0" w:oddVBand="0" w:evenVBand="0" w:oddHBand="0" w:evenHBand="0" w:firstRowFirstColumn="0" w:firstRowLastColumn="0" w:lastRowFirstColumn="0" w:lastRowLastColumn="0"/>
            </w:pPr>
            <w:r>
              <w:t>18.0</w:t>
            </w:r>
          </w:p>
        </w:tc>
        <w:tc>
          <w:tcPr>
            <w:tcW w:w="790" w:type="dxa"/>
          </w:tcPr>
          <w:p w14:paraId="65B70924" w14:textId="77777777" w:rsidR="001B7386" w:rsidRDefault="001B7386">
            <w:pPr>
              <w:cnfStyle w:val="000000000000" w:firstRow="0" w:lastRow="0" w:firstColumn="0" w:lastColumn="0" w:oddVBand="0" w:evenVBand="0" w:oddHBand="0" w:evenHBand="0" w:firstRowFirstColumn="0" w:firstRowLastColumn="0" w:lastRowFirstColumn="0" w:lastRowLastColumn="0"/>
            </w:pPr>
            <w:r>
              <w:t>0</w:t>
            </w:r>
          </w:p>
        </w:tc>
        <w:tc>
          <w:tcPr>
            <w:tcW w:w="982" w:type="dxa"/>
          </w:tcPr>
          <w:p w14:paraId="39E69EBE" w14:textId="77777777" w:rsidR="001B7386" w:rsidRDefault="001B7386">
            <w:pPr>
              <w:cnfStyle w:val="000000000000" w:firstRow="0" w:lastRow="0" w:firstColumn="0" w:lastColumn="0" w:oddVBand="0" w:evenVBand="0" w:oddHBand="0" w:evenHBand="0" w:firstRowFirstColumn="0" w:firstRowLastColumn="0" w:lastRowFirstColumn="0" w:lastRowLastColumn="0"/>
            </w:pPr>
            <w:r>
              <w:t>415</w:t>
            </w:r>
          </w:p>
        </w:tc>
      </w:tr>
      <w:tr w:rsidR="001B7386" w14:paraId="14F4EB98" w14:textId="77777777" w:rsidTr="001B7386">
        <w:tc>
          <w:tcPr>
            <w:cnfStyle w:val="001000000000" w:firstRow="0" w:lastRow="0" w:firstColumn="1" w:lastColumn="0" w:oddVBand="0" w:evenVBand="0" w:oddHBand="0" w:evenHBand="0" w:firstRowFirstColumn="0" w:firstRowLastColumn="0" w:lastRowFirstColumn="0" w:lastRowLastColumn="0"/>
            <w:tcW w:w="674" w:type="dxa"/>
          </w:tcPr>
          <w:p w14:paraId="6A268FC7" w14:textId="77777777" w:rsidR="001B7386" w:rsidRDefault="001B7386">
            <w:r>
              <w:t>5</w:t>
            </w:r>
          </w:p>
        </w:tc>
        <w:tc>
          <w:tcPr>
            <w:tcW w:w="2269" w:type="dxa"/>
          </w:tcPr>
          <w:p w14:paraId="6466BCA7" w14:textId="77777777" w:rsidR="001B7386" w:rsidRDefault="001B7386">
            <w:pPr>
              <w:cnfStyle w:val="000000000000" w:firstRow="0" w:lastRow="0" w:firstColumn="0" w:lastColumn="0" w:oddVBand="0" w:evenVBand="0" w:oddHBand="0" w:evenHBand="0" w:firstRowFirstColumn="0" w:firstRowLastColumn="0" w:lastRowFirstColumn="0" w:lastRowLastColumn="0"/>
            </w:pPr>
            <w:r>
              <w:t>Cheese Sandwich</w:t>
            </w:r>
          </w:p>
        </w:tc>
        <w:tc>
          <w:tcPr>
            <w:tcW w:w="785" w:type="dxa"/>
          </w:tcPr>
          <w:p w14:paraId="54603A11" w14:textId="77777777" w:rsidR="001B7386" w:rsidRDefault="001B7386">
            <w:pPr>
              <w:cnfStyle w:val="000000000000" w:firstRow="0" w:lastRow="0" w:firstColumn="0" w:lastColumn="0" w:oddVBand="0" w:evenVBand="0" w:oddHBand="0" w:evenHBand="0" w:firstRowFirstColumn="0" w:firstRowLastColumn="0" w:lastRowFirstColumn="0" w:lastRowLastColumn="0"/>
            </w:pPr>
            <w:r>
              <w:t>440</w:t>
            </w:r>
          </w:p>
        </w:tc>
        <w:tc>
          <w:tcPr>
            <w:tcW w:w="977" w:type="dxa"/>
          </w:tcPr>
          <w:p w14:paraId="0AA0917E" w14:textId="77777777" w:rsidR="001B7386" w:rsidRDefault="001B7386">
            <w:pPr>
              <w:cnfStyle w:val="000000000000" w:firstRow="0" w:lastRow="0" w:firstColumn="0" w:lastColumn="0" w:oddVBand="0" w:evenVBand="0" w:oddHBand="0" w:evenHBand="0" w:firstRowFirstColumn="0" w:firstRowLastColumn="0" w:lastRowFirstColumn="0" w:lastRowLastColumn="0"/>
            </w:pPr>
            <w:r>
              <w:t>21</w:t>
            </w:r>
          </w:p>
        </w:tc>
        <w:tc>
          <w:tcPr>
            <w:tcW w:w="837" w:type="dxa"/>
          </w:tcPr>
          <w:p w14:paraId="4CFA5727" w14:textId="77777777" w:rsidR="001B7386" w:rsidRDefault="001B7386">
            <w:pPr>
              <w:cnfStyle w:val="000000000000" w:firstRow="0" w:lastRow="0" w:firstColumn="0" w:lastColumn="0" w:oddVBand="0" w:evenVBand="0" w:oddHBand="0" w:evenHBand="0" w:firstRowFirstColumn="0" w:firstRowLastColumn="0" w:lastRowFirstColumn="0" w:lastRowLastColumn="0"/>
            </w:pPr>
            <w:r>
              <w:t>29</w:t>
            </w:r>
          </w:p>
        </w:tc>
        <w:tc>
          <w:tcPr>
            <w:tcW w:w="775" w:type="dxa"/>
          </w:tcPr>
          <w:p w14:paraId="3AEE5ED7" w14:textId="77777777" w:rsidR="001B7386" w:rsidRDefault="001B7386">
            <w:pPr>
              <w:cnfStyle w:val="000000000000" w:firstRow="0" w:lastRow="0" w:firstColumn="0" w:lastColumn="0" w:oddVBand="0" w:evenVBand="0" w:oddHBand="0" w:evenHBand="0" w:firstRowFirstColumn="0" w:firstRowLastColumn="0" w:lastRowFirstColumn="0" w:lastRowLastColumn="0"/>
            </w:pPr>
            <w:r>
              <w:t>27.0</w:t>
            </w:r>
          </w:p>
        </w:tc>
        <w:tc>
          <w:tcPr>
            <w:tcW w:w="790" w:type="dxa"/>
          </w:tcPr>
          <w:p w14:paraId="0DBDEF6D" w14:textId="77777777" w:rsidR="001B7386" w:rsidRDefault="001B7386">
            <w:pPr>
              <w:cnfStyle w:val="000000000000" w:firstRow="0" w:lastRow="0" w:firstColumn="0" w:lastColumn="0" w:oddVBand="0" w:evenVBand="0" w:oddHBand="0" w:evenHBand="0" w:firstRowFirstColumn="0" w:firstRowLastColumn="0" w:lastRowFirstColumn="0" w:lastRowLastColumn="0"/>
            </w:pPr>
            <w:r>
              <w:t>75</w:t>
            </w:r>
          </w:p>
        </w:tc>
        <w:tc>
          <w:tcPr>
            <w:tcW w:w="982" w:type="dxa"/>
          </w:tcPr>
          <w:p w14:paraId="4A96DCE6" w14:textId="77777777" w:rsidR="001B7386" w:rsidRDefault="001B7386">
            <w:pPr>
              <w:cnfStyle w:val="000000000000" w:firstRow="0" w:lastRow="0" w:firstColumn="0" w:lastColumn="0" w:oddVBand="0" w:evenVBand="0" w:oddHBand="0" w:evenHBand="0" w:firstRowFirstColumn="0" w:firstRowLastColumn="0" w:lastRowFirstColumn="0" w:lastRowLastColumn="0"/>
            </w:pPr>
            <w:r>
              <w:t>1760</w:t>
            </w:r>
          </w:p>
        </w:tc>
      </w:tr>
    </w:tbl>
    <w:p w14:paraId="12FED234" w14:textId="77777777" w:rsidR="00F9276F" w:rsidRDefault="00000000">
      <w:r>
        <w:lastRenderedPageBreak/>
        <w:t>Sides available:</w:t>
      </w:r>
    </w:p>
    <w:p w14:paraId="54D2E044" w14:textId="77777777" w:rsidR="00F9276F" w:rsidRDefault="00000000">
      <w:r>
        <w:t>Vegetables: Tater tots, 4 oz, Celery, 4 oz, Garden salad, 1 cup</w:t>
      </w:r>
    </w:p>
    <w:p w14:paraId="38F28691" w14:textId="77777777" w:rsidR="00F9276F" w:rsidRDefault="00000000">
      <w:r>
        <w:t>Fruits: Pears, 4 oz (cup), Apple slices, 4 oz</w:t>
      </w:r>
    </w:p>
    <w:p w14:paraId="155675CF" w14:textId="77777777" w:rsidR="00C71C90" w:rsidRDefault="00000000" w:rsidP="00C71C90">
      <w:pPr>
        <w:jc w:val="center"/>
        <w:rPr>
          <w:b/>
          <w:bCs/>
        </w:rPr>
      </w:pPr>
      <w:r w:rsidRPr="001B7386">
        <w:rPr>
          <w:b/>
          <w:bCs/>
        </w:rPr>
        <w:t>Therapeutic Diet Modifications</w:t>
      </w:r>
    </w:p>
    <w:p w14:paraId="7045879B" w14:textId="1B73A3E7" w:rsidR="00F9276F" w:rsidRPr="001B7386" w:rsidRDefault="00C71C90" w:rsidP="00C71C90">
      <w:pPr>
        <w:rPr>
          <w:b/>
          <w:bCs/>
        </w:rPr>
      </w:pPr>
      <w:r w:rsidRPr="00C71C90">
        <w:t xml:space="preserve">The following choices have been created using the choices in the regular menu to give an example of how we can choose from the varied option that they have in the menu to make low sodium choices or low cholesterol or </w:t>
      </w:r>
      <w:r w:rsidR="00D66C89">
        <w:t>controlled</w:t>
      </w:r>
      <w:r w:rsidRPr="00C71C90">
        <w:t xml:space="preserve"> CHO choices </w:t>
      </w:r>
      <w:r>
        <w:rPr>
          <w:b/>
          <w:bCs/>
        </w:rPr>
        <w:br/>
      </w:r>
    </w:p>
    <w:p w14:paraId="7EA2F5CB" w14:textId="5B7D9DF7" w:rsidR="00F9276F" w:rsidRPr="00EA05EF" w:rsidRDefault="00000000" w:rsidP="00EA05EF">
      <w:pPr>
        <w:rPr>
          <w:b/>
          <w:bCs/>
        </w:rPr>
      </w:pPr>
      <w:r w:rsidRPr="00EA05EF">
        <w:rPr>
          <w:b/>
          <w:bCs/>
        </w:rPr>
        <w:t xml:space="preserve">Modified Menu </w:t>
      </w:r>
      <w:proofErr w:type="gramStart"/>
      <w:r w:rsidR="00EA05EF">
        <w:rPr>
          <w:b/>
          <w:bCs/>
        </w:rPr>
        <w:t>(</w:t>
      </w:r>
      <w:r w:rsidRPr="00EA05EF">
        <w:rPr>
          <w:b/>
          <w:bCs/>
        </w:rPr>
        <w:t xml:space="preserve"> 2</w:t>
      </w:r>
      <w:proofErr w:type="gramEnd"/>
      <w:r w:rsidRPr="00EA05EF">
        <w:rPr>
          <w:b/>
          <w:bCs/>
        </w:rPr>
        <w:t xml:space="preserve"> g Sodium</w:t>
      </w:r>
      <w:r w:rsidR="00EA05EF">
        <w:rPr>
          <w:b/>
          <w:bCs/>
        </w:rPr>
        <w:t>)</w:t>
      </w:r>
      <w:r w:rsidRPr="00EA05EF">
        <w:rPr>
          <w:b/>
          <w:bCs/>
        </w:rPr>
        <w:t xml:space="preserve"> </w:t>
      </w:r>
    </w:p>
    <w:tbl>
      <w:tblPr>
        <w:tblStyle w:val="GridTable1Light-Accent1"/>
        <w:tblW w:w="10419" w:type="dxa"/>
        <w:tblLook w:val="04A0" w:firstRow="1" w:lastRow="0" w:firstColumn="1" w:lastColumn="0" w:noHBand="0" w:noVBand="1"/>
      </w:tblPr>
      <w:tblGrid>
        <w:gridCol w:w="347"/>
        <w:gridCol w:w="1014"/>
        <w:gridCol w:w="2620"/>
        <w:gridCol w:w="1322"/>
        <w:gridCol w:w="995"/>
        <w:gridCol w:w="732"/>
        <w:gridCol w:w="770"/>
        <w:gridCol w:w="636"/>
        <w:gridCol w:w="627"/>
        <w:gridCol w:w="582"/>
        <w:gridCol w:w="774"/>
      </w:tblGrid>
      <w:tr w:rsidR="00EA05EF" w14:paraId="2ABA3B8C" w14:textId="77777777" w:rsidTr="00EA0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dxa"/>
          </w:tcPr>
          <w:p w14:paraId="4CBC64C8" w14:textId="77777777" w:rsidR="001B7386" w:rsidRPr="00EA05EF" w:rsidRDefault="001B7386">
            <w:pPr>
              <w:rPr>
                <w:sz w:val="16"/>
                <w:szCs w:val="16"/>
              </w:rPr>
            </w:pPr>
            <w:r w:rsidRPr="00EA05EF">
              <w:rPr>
                <w:sz w:val="16"/>
                <w:szCs w:val="16"/>
              </w:rPr>
              <w:t>#</w:t>
            </w:r>
          </w:p>
        </w:tc>
        <w:tc>
          <w:tcPr>
            <w:tcW w:w="1014" w:type="dxa"/>
          </w:tcPr>
          <w:p w14:paraId="7273260B"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Day</w:t>
            </w:r>
          </w:p>
        </w:tc>
        <w:tc>
          <w:tcPr>
            <w:tcW w:w="2620" w:type="dxa"/>
          </w:tcPr>
          <w:p w14:paraId="46876896"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Entrée</w:t>
            </w:r>
          </w:p>
        </w:tc>
        <w:tc>
          <w:tcPr>
            <w:tcW w:w="1322" w:type="dxa"/>
          </w:tcPr>
          <w:p w14:paraId="53C40E3E"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Vegetable</w:t>
            </w:r>
          </w:p>
        </w:tc>
        <w:tc>
          <w:tcPr>
            <w:tcW w:w="995" w:type="dxa"/>
          </w:tcPr>
          <w:p w14:paraId="236352DE"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Fruit</w:t>
            </w:r>
          </w:p>
        </w:tc>
        <w:tc>
          <w:tcPr>
            <w:tcW w:w="732" w:type="dxa"/>
          </w:tcPr>
          <w:p w14:paraId="346EC92B"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Energy</w:t>
            </w:r>
          </w:p>
        </w:tc>
        <w:tc>
          <w:tcPr>
            <w:tcW w:w="770" w:type="dxa"/>
          </w:tcPr>
          <w:p w14:paraId="19284B25"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Protein</w:t>
            </w:r>
          </w:p>
        </w:tc>
        <w:tc>
          <w:tcPr>
            <w:tcW w:w="636" w:type="dxa"/>
          </w:tcPr>
          <w:p w14:paraId="39D779B9"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Carbs</w:t>
            </w:r>
          </w:p>
        </w:tc>
        <w:tc>
          <w:tcPr>
            <w:tcW w:w="627" w:type="dxa"/>
          </w:tcPr>
          <w:p w14:paraId="1A65794A"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Fat</w:t>
            </w:r>
          </w:p>
        </w:tc>
        <w:tc>
          <w:tcPr>
            <w:tcW w:w="582" w:type="dxa"/>
          </w:tcPr>
          <w:p w14:paraId="65C1BDD5"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Chol</w:t>
            </w:r>
          </w:p>
        </w:tc>
        <w:tc>
          <w:tcPr>
            <w:tcW w:w="774" w:type="dxa"/>
          </w:tcPr>
          <w:p w14:paraId="549C8BE3" w14:textId="77777777" w:rsidR="001B7386" w:rsidRPr="00EA05EF" w:rsidRDefault="001B7386">
            <w:pPr>
              <w:cnfStyle w:val="100000000000" w:firstRow="1" w:lastRow="0" w:firstColumn="0" w:lastColumn="0" w:oddVBand="0" w:evenVBand="0" w:oddHBand="0" w:evenHBand="0" w:firstRowFirstColumn="0" w:firstRowLastColumn="0" w:lastRowFirstColumn="0" w:lastRowLastColumn="0"/>
              <w:rPr>
                <w:sz w:val="16"/>
                <w:szCs w:val="16"/>
              </w:rPr>
            </w:pPr>
            <w:r w:rsidRPr="00EA05EF">
              <w:rPr>
                <w:sz w:val="16"/>
                <w:szCs w:val="16"/>
              </w:rPr>
              <w:t>Sodium</w:t>
            </w:r>
          </w:p>
        </w:tc>
      </w:tr>
      <w:tr w:rsidR="00EA05EF" w14:paraId="74106723" w14:textId="77777777" w:rsidTr="00EA05EF">
        <w:tc>
          <w:tcPr>
            <w:cnfStyle w:val="001000000000" w:firstRow="0" w:lastRow="0" w:firstColumn="1" w:lastColumn="0" w:oddVBand="0" w:evenVBand="0" w:oddHBand="0" w:evenHBand="0" w:firstRowFirstColumn="0" w:firstRowLastColumn="0" w:lastRowFirstColumn="0" w:lastRowLastColumn="0"/>
            <w:tcW w:w="347" w:type="dxa"/>
          </w:tcPr>
          <w:p w14:paraId="458B32FD" w14:textId="77777777" w:rsidR="001B7386" w:rsidRDefault="001B7386">
            <w:r>
              <w:t>1</w:t>
            </w:r>
          </w:p>
        </w:tc>
        <w:tc>
          <w:tcPr>
            <w:tcW w:w="1014" w:type="dxa"/>
          </w:tcPr>
          <w:p w14:paraId="082FF88B" w14:textId="77777777" w:rsidR="001B7386" w:rsidRPr="00EA05EF" w:rsidRDefault="001B7386">
            <w:pPr>
              <w:cnfStyle w:val="000000000000" w:firstRow="0" w:lastRow="0" w:firstColumn="0" w:lastColumn="0" w:oddVBand="0" w:evenVBand="0" w:oddHBand="0" w:evenHBand="0" w:firstRowFirstColumn="0" w:firstRowLastColumn="0" w:lastRowFirstColumn="0" w:lastRowLastColumn="0"/>
              <w:rPr>
                <w:sz w:val="16"/>
                <w:szCs w:val="16"/>
              </w:rPr>
            </w:pPr>
            <w:r w:rsidRPr="00EA05EF">
              <w:rPr>
                <w:sz w:val="16"/>
                <w:szCs w:val="16"/>
              </w:rPr>
              <w:t>Monday</w:t>
            </w:r>
          </w:p>
        </w:tc>
        <w:tc>
          <w:tcPr>
            <w:tcW w:w="2620" w:type="dxa"/>
          </w:tcPr>
          <w:p w14:paraId="335E9DCD" w14:textId="77777777" w:rsidR="001B7386" w:rsidRDefault="001B7386">
            <w:pPr>
              <w:cnfStyle w:val="000000000000" w:firstRow="0" w:lastRow="0" w:firstColumn="0" w:lastColumn="0" w:oddVBand="0" w:evenVBand="0" w:oddHBand="0" w:evenHBand="0" w:firstRowFirstColumn="0" w:firstRowLastColumn="0" w:lastRowFirstColumn="0" w:lastRowLastColumn="0"/>
            </w:pPr>
            <w:r>
              <w:t>PB&amp;J</w:t>
            </w:r>
          </w:p>
        </w:tc>
        <w:tc>
          <w:tcPr>
            <w:tcW w:w="1322" w:type="dxa"/>
          </w:tcPr>
          <w:p w14:paraId="4FD888E1" w14:textId="77777777" w:rsidR="001B7386" w:rsidRDefault="001B7386">
            <w:pPr>
              <w:cnfStyle w:val="000000000000" w:firstRow="0" w:lastRow="0" w:firstColumn="0" w:lastColumn="0" w:oddVBand="0" w:evenVBand="0" w:oddHBand="0" w:evenHBand="0" w:firstRowFirstColumn="0" w:firstRowLastColumn="0" w:lastRowFirstColumn="0" w:lastRowLastColumn="0"/>
            </w:pPr>
            <w:r>
              <w:t>Garden salad, 1 cup</w:t>
            </w:r>
          </w:p>
        </w:tc>
        <w:tc>
          <w:tcPr>
            <w:tcW w:w="995" w:type="dxa"/>
          </w:tcPr>
          <w:p w14:paraId="4107FD8C" w14:textId="77777777" w:rsidR="001B7386" w:rsidRDefault="001B7386">
            <w:pPr>
              <w:cnfStyle w:val="000000000000" w:firstRow="0" w:lastRow="0" w:firstColumn="0" w:lastColumn="0" w:oddVBand="0" w:evenVBand="0" w:oddHBand="0" w:evenHBand="0" w:firstRowFirstColumn="0" w:firstRowLastColumn="0" w:lastRowFirstColumn="0" w:lastRowLastColumn="0"/>
            </w:pPr>
            <w:r>
              <w:t>Mixed fruit, 4 oz (cup)</w:t>
            </w:r>
          </w:p>
        </w:tc>
        <w:tc>
          <w:tcPr>
            <w:tcW w:w="732" w:type="dxa"/>
          </w:tcPr>
          <w:p w14:paraId="6A96CD95" w14:textId="77777777" w:rsidR="001B7386" w:rsidRDefault="001B7386">
            <w:pPr>
              <w:cnfStyle w:val="000000000000" w:firstRow="0" w:lastRow="0" w:firstColumn="0" w:lastColumn="0" w:oddVBand="0" w:evenVBand="0" w:oddHBand="0" w:evenHBand="0" w:firstRowFirstColumn="0" w:firstRowLastColumn="0" w:lastRowFirstColumn="0" w:lastRowLastColumn="0"/>
            </w:pPr>
            <w:r>
              <w:t>480</w:t>
            </w:r>
          </w:p>
        </w:tc>
        <w:tc>
          <w:tcPr>
            <w:tcW w:w="770" w:type="dxa"/>
          </w:tcPr>
          <w:p w14:paraId="3659B248" w14:textId="77777777" w:rsidR="001B7386" w:rsidRDefault="001B7386">
            <w:pPr>
              <w:cnfStyle w:val="000000000000" w:firstRow="0" w:lastRow="0" w:firstColumn="0" w:lastColumn="0" w:oddVBand="0" w:evenVBand="0" w:oddHBand="0" w:evenHBand="0" w:firstRowFirstColumn="0" w:firstRowLastColumn="0" w:lastRowFirstColumn="0" w:lastRowLastColumn="0"/>
            </w:pPr>
            <w:r>
              <w:t>15.0</w:t>
            </w:r>
          </w:p>
        </w:tc>
        <w:tc>
          <w:tcPr>
            <w:tcW w:w="636" w:type="dxa"/>
          </w:tcPr>
          <w:p w14:paraId="2A19563D" w14:textId="77777777" w:rsidR="001B7386" w:rsidRDefault="001B7386">
            <w:pPr>
              <w:cnfStyle w:val="000000000000" w:firstRow="0" w:lastRow="0" w:firstColumn="0" w:lastColumn="0" w:oddVBand="0" w:evenVBand="0" w:oddHBand="0" w:evenHBand="0" w:firstRowFirstColumn="0" w:firstRowLastColumn="0" w:lastRowFirstColumn="0" w:lastRowLastColumn="0"/>
            </w:pPr>
            <w:r>
              <w:t>69.0</w:t>
            </w:r>
          </w:p>
        </w:tc>
        <w:tc>
          <w:tcPr>
            <w:tcW w:w="627" w:type="dxa"/>
          </w:tcPr>
          <w:p w14:paraId="290E3316" w14:textId="77777777" w:rsidR="001B7386" w:rsidRDefault="001B7386">
            <w:pPr>
              <w:cnfStyle w:val="000000000000" w:firstRow="0" w:lastRow="0" w:firstColumn="0" w:lastColumn="0" w:oddVBand="0" w:evenVBand="0" w:oddHBand="0" w:evenHBand="0" w:firstRowFirstColumn="0" w:firstRowLastColumn="0" w:lastRowFirstColumn="0" w:lastRowLastColumn="0"/>
            </w:pPr>
            <w:r>
              <w:t>18.0</w:t>
            </w:r>
          </w:p>
        </w:tc>
        <w:tc>
          <w:tcPr>
            <w:tcW w:w="582" w:type="dxa"/>
          </w:tcPr>
          <w:p w14:paraId="15926FE3" w14:textId="77777777" w:rsidR="001B7386" w:rsidRDefault="001B7386">
            <w:pPr>
              <w:cnfStyle w:val="000000000000" w:firstRow="0" w:lastRow="0" w:firstColumn="0" w:lastColumn="0" w:oddVBand="0" w:evenVBand="0" w:oddHBand="0" w:evenHBand="0" w:firstRowFirstColumn="0" w:firstRowLastColumn="0" w:lastRowFirstColumn="0" w:lastRowLastColumn="0"/>
            </w:pPr>
            <w:r>
              <w:t>0</w:t>
            </w:r>
          </w:p>
        </w:tc>
        <w:tc>
          <w:tcPr>
            <w:tcW w:w="774" w:type="dxa"/>
          </w:tcPr>
          <w:p w14:paraId="2DDB1F79" w14:textId="77777777" w:rsidR="001B7386" w:rsidRDefault="001B7386">
            <w:pPr>
              <w:cnfStyle w:val="000000000000" w:firstRow="0" w:lastRow="0" w:firstColumn="0" w:lastColumn="0" w:oddVBand="0" w:evenVBand="0" w:oddHBand="0" w:evenHBand="0" w:firstRowFirstColumn="0" w:firstRowLastColumn="0" w:lastRowFirstColumn="0" w:lastRowLastColumn="0"/>
            </w:pPr>
            <w:r>
              <w:t>435</w:t>
            </w:r>
          </w:p>
        </w:tc>
      </w:tr>
      <w:tr w:rsidR="00EA05EF" w14:paraId="53D18391" w14:textId="77777777" w:rsidTr="00EA05EF">
        <w:tc>
          <w:tcPr>
            <w:cnfStyle w:val="001000000000" w:firstRow="0" w:lastRow="0" w:firstColumn="1" w:lastColumn="0" w:oddVBand="0" w:evenVBand="0" w:oddHBand="0" w:evenHBand="0" w:firstRowFirstColumn="0" w:firstRowLastColumn="0" w:lastRowFirstColumn="0" w:lastRowLastColumn="0"/>
            <w:tcW w:w="347" w:type="dxa"/>
          </w:tcPr>
          <w:p w14:paraId="345191DE" w14:textId="77777777" w:rsidR="001B7386" w:rsidRDefault="001B7386">
            <w:r>
              <w:t>2</w:t>
            </w:r>
          </w:p>
        </w:tc>
        <w:tc>
          <w:tcPr>
            <w:tcW w:w="1014" w:type="dxa"/>
          </w:tcPr>
          <w:p w14:paraId="3855B78F" w14:textId="77777777" w:rsidR="001B7386" w:rsidRPr="00EA05EF" w:rsidRDefault="001B7386">
            <w:pPr>
              <w:cnfStyle w:val="000000000000" w:firstRow="0" w:lastRow="0" w:firstColumn="0" w:lastColumn="0" w:oddVBand="0" w:evenVBand="0" w:oddHBand="0" w:evenHBand="0" w:firstRowFirstColumn="0" w:firstRowLastColumn="0" w:lastRowFirstColumn="0" w:lastRowLastColumn="0"/>
              <w:rPr>
                <w:sz w:val="16"/>
                <w:szCs w:val="16"/>
              </w:rPr>
            </w:pPr>
            <w:r w:rsidRPr="00EA05EF">
              <w:rPr>
                <w:sz w:val="16"/>
                <w:szCs w:val="16"/>
              </w:rPr>
              <w:t>Tuesday</w:t>
            </w:r>
          </w:p>
        </w:tc>
        <w:tc>
          <w:tcPr>
            <w:tcW w:w="2620" w:type="dxa"/>
          </w:tcPr>
          <w:p w14:paraId="4B6FAE7B" w14:textId="77777777" w:rsidR="001B7386" w:rsidRDefault="001B7386">
            <w:pPr>
              <w:cnfStyle w:val="000000000000" w:firstRow="0" w:lastRow="0" w:firstColumn="0" w:lastColumn="0" w:oddVBand="0" w:evenVBand="0" w:oddHBand="0" w:evenHBand="0" w:firstRowFirstColumn="0" w:firstRowLastColumn="0" w:lastRowFirstColumn="0" w:lastRowLastColumn="0"/>
            </w:pPr>
            <w:r>
              <w:t>Italian Salad + Roll (ham/pepperoni/cheese)</w:t>
            </w:r>
          </w:p>
        </w:tc>
        <w:tc>
          <w:tcPr>
            <w:tcW w:w="1322" w:type="dxa"/>
          </w:tcPr>
          <w:p w14:paraId="1685941B" w14:textId="77777777" w:rsidR="001B7386" w:rsidRDefault="001B7386">
            <w:pPr>
              <w:cnfStyle w:val="000000000000" w:firstRow="0" w:lastRow="0" w:firstColumn="0" w:lastColumn="0" w:oddVBand="0" w:evenVBand="0" w:oddHBand="0" w:evenHBand="0" w:firstRowFirstColumn="0" w:firstRowLastColumn="0" w:lastRowFirstColumn="0" w:lastRowLastColumn="0"/>
            </w:pPr>
            <w:r>
              <w:t>Cucumbers, 4 oz</w:t>
            </w:r>
          </w:p>
        </w:tc>
        <w:tc>
          <w:tcPr>
            <w:tcW w:w="995" w:type="dxa"/>
          </w:tcPr>
          <w:p w14:paraId="1D8F871C" w14:textId="77777777" w:rsidR="001B7386" w:rsidRDefault="001B7386">
            <w:pPr>
              <w:cnfStyle w:val="000000000000" w:firstRow="0" w:lastRow="0" w:firstColumn="0" w:lastColumn="0" w:oddVBand="0" w:evenVBand="0" w:oddHBand="0" w:evenHBand="0" w:firstRowFirstColumn="0" w:firstRowLastColumn="0" w:lastRowFirstColumn="0" w:lastRowLastColumn="0"/>
            </w:pPr>
            <w:r>
              <w:t>Orange, medium</w:t>
            </w:r>
          </w:p>
        </w:tc>
        <w:tc>
          <w:tcPr>
            <w:tcW w:w="732" w:type="dxa"/>
          </w:tcPr>
          <w:p w14:paraId="263EF299" w14:textId="77777777" w:rsidR="001B7386" w:rsidRDefault="001B7386">
            <w:pPr>
              <w:cnfStyle w:val="000000000000" w:firstRow="0" w:lastRow="0" w:firstColumn="0" w:lastColumn="0" w:oddVBand="0" w:evenVBand="0" w:oddHBand="0" w:evenHBand="0" w:firstRowFirstColumn="0" w:firstRowLastColumn="0" w:lastRowFirstColumn="0" w:lastRowLastColumn="0"/>
            </w:pPr>
            <w:r>
              <w:t>418</w:t>
            </w:r>
          </w:p>
        </w:tc>
        <w:tc>
          <w:tcPr>
            <w:tcW w:w="770" w:type="dxa"/>
          </w:tcPr>
          <w:p w14:paraId="57ED9E9D" w14:textId="77777777" w:rsidR="001B7386" w:rsidRDefault="001B7386">
            <w:pPr>
              <w:cnfStyle w:val="000000000000" w:firstRow="0" w:lastRow="0" w:firstColumn="0" w:lastColumn="0" w:oddVBand="0" w:evenVBand="0" w:oddHBand="0" w:evenHBand="0" w:firstRowFirstColumn="0" w:firstRowLastColumn="0" w:lastRowFirstColumn="0" w:lastRowLastColumn="0"/>
            </w:pPr>
            <w:r>
              <w:t>28.0</w:t>
            </w:r>
          </w:p>
        </w:tc>
        <w:tc>
          <w:tcPr>
            <w:tcW w:w="636" w:type="dxa"/>
          </w:tcPr>
          <w:p w14:paraId="51EACE5E" w14:textId="77777777" w:rsidR="001B7386" w:rsidRDefault="001B7386">
            <w:pPr>
              <w:cnfStyle w:val="000000000000" w:firstRow="0" w:lastRow="0" w:firstColumn="0" w:lastColumn="0" w:oddVBand="0" w:evenVBand="0" w:oddHBand="0" w:evenHBand="0" w:firstRowFirstColumn="0" w:firstRowLastColumn="0" w:lastRowFirstColumn="0" w:lastRowLastColumn="0"/>
            </w:pPr>
            <w:r>
              <w:t>41.0</w:t>
            </w:r>
          </w:p>
        </w:tc>
        <w:tc>
          <w:tcPr>
            <w:tcW w:w="627" w:type="dxa"/>
          </w:tcPr>
          <w:p w14:paraId="37FBC41D" w14:textId="77777777" w:rsidR="001B7386" w:rsidRDefault="001B7386">
            <w:pPr>
              <w:cnfStyle w:val="000000000000" w:firstRow="0" w:lastRow="0" w:firstColumn="0" w:lastColumn="0" w:oddVBand="0" w:evenVBand="0" w:oddHBand="0" w:evenHBand="0" w:firstRowFirstColumn="0" w:firstRowLastColumn="0" w:lastRowFirstColumn="0" w:lastRowLastColumn="0"/>
            </w:pPr>
            <w:r>
              <w:t>17.0</w:t>
            </w:r>
          </w:p>
        </w:tc>
        <w:tc>
          <w:tcPr>
            <w:tcW w:w="582" w:type="dxa"/>
          </w:tcPr>
          <w:p w14:paraId="0F917241" w14:textId="77777777" w:rsidR="001B7386" w:rsidRDefault="001B7386">
            <w:pPr>
              <w:cnfStyle w:val="000000000000" w:firstRow="0" w:lastRow="0" w:firstColumn="0" w:lastColumn="0" w:oddVBand="0" w:evenVBand="0" w:oddHBand="0" w:evenHBand="0" w:firstRowFirstColumn="0" w:firstRowLastColumn="0" w:lastRowFirstColumn="0" w:lastRowLastColumn="0"/>
            </w:pPr>
            <w:r>
              <w:t>80</w:t>
            </w:r>
          </w:p>
        </w:tc>
        <w:tc>
          <w:tcPr>
            <w:tcW w:w="774" w:type="dxa"/>
          </w:tcPr>
          <w:p w14:paraId="59D8EC79" w14:textId="77777777" w:rsidR="001B7386" w:rsidRDefault="001B7386">
            <w:pPr>
              <w:cnfStyle w:val="000000000000" w:firstRow="0" w:lastRow="0" w:firstColumn="0" w:lastColumn="0" w:oddVBand="0" w:evenVBand="0" w:oddHBand="0" w:evenHBand="0" w:firstRowFirstColumn="0" w:firstRowLastColumn="0" w:lastRowFirstColumn="0" w:lastRowLastColumn="0"/>
            </w:pPr>
            <w:r>
              <w:t>1752</w:t>
            </w:r>
          </w:p>
        </w:tc>
      </w:tr>
      <w:tr w:rsidR="00EA05EF" w14:paraId="3FAACD70" w14:textId="77777777" w:rsidTr="00EA05EF">
        <w:tc>
          <w:tcPr>
            <w:cnfStyle w:val="001000000000" w:firstRow="0" w:lastRow="0" w:firstColumn="1" w:lastColumn="0" w:oddVBand="0" w:evenVBand="0" w:oddHBand="0" w:evenHBand="0" w:firstRowFirstColumn="0" w:firstRowLastColumn="0" w:lastRowFirstColumn="0" w:lastRowLastColumn="0"/>
            <w:tcW w:w="347" w:type="dxa"/>
          </w:tcPr>
          <w:p w14:paraId="27B12A2B" w14:textId="77777777" w:rsidR="001B7386" w:rsidRDefault="001B7386">
            <w:r>
              <w:t>3</w:t>
            </w:r>
          </w:p>
        </w:tc>
        <w:tc>
          <w:tcPr>
            <w:tcW w:w="1014" w:type="dxa"/>
          </w:tcPr>
          <w:p w14:paraId="52AB7AF4" w14:textId="77777777" w:rsidR="001B7386" w:rsidRPr="00EA05EF" w:rsidRDefault="001B7386">
            <w:pPr>
              <w:cnfStyle w:val="000000000000" w:firstRow="0" w:lastRow="0" w:firstColumn="0" w:lastColumn="0" w:oddVBand="0" w:evenVBand="0" w:oddHBand="0" w:evenHBand="0" w:firstRowFirstColumn="0" w:firstRowLastColumn="0" w:lastRowFirstColumn="0" w:lastRowLastColumn="0"/>
              <w:rPr>
                <w:sz w:val="16"/>
                <w:szCs w:val="16"/>
              </w:rPr>
            </w:pPr>
            <w:r w:rsidRPr="00EA05EF">
              <w:rPr>
                <w:sz w:val="16"/>
                <w:szCs w:val="16"/>
              </w:rPr>
              <w:t>Wednesday</w:t>
            </w:r>
          </w:p>
        </w:tc>
        <w:tc>
          <w:tcPr>
            <w:tcW w:w="2620" w:type="dxa"/>
          </w:tcPr>
          <w:p w14:paraId="1798B97C" w14:textId="77777777" w:rsidR="001B7386" w:rsidRDefault="001B7386">
            <w:pPr>
              <w:cnfStyle w:val="000000000000" w:firstRow="0" w:lastRow="0" w:firstColumn="0" w:lastColumn="0" w:oddVBand="0" w:evenVBand="0" w:oddHBand="0" w:evenHBand="0" w:firstRowFirstColumn="0" w:firstRowLastColumn="0" w:lastRowFirstColumn="0" w:lastRowLastColumn="0"/>
            </w:pPr>
            <w:r>
              <w:t>Mini Pancakes + Scrambled Eggs</w:t>
            </w:r>
          </w:p>
        </w:tc>
        <w:tc>
          <w:tcPr>
            <w:tcW w:w="1322" w:type="dxa"/>
          </w:tcPr>
          <w:p w14:paraId="59109187" w14:textId="77777777" w:rsidR="001B7386" w:rsidRDefault="001B7386">
            <w:pPr>
              <w:cnfStyle w:val="000000000000" w:firstRow="0" w:lastRow="0" w:firstColumn="0" w:lastColumn="0" w:oddVBand="0" w:evenVBand="0" w:oddHBand="0" w:evenHBand="0" w:firstRowFirstColumn="0" w:firstRowLastColumn="0" w:lastRowFirstColumn="0" w:lastRowLastColumn="0"/>
            </w:pPr>
            <w:r>
              <w:t>Garden salad, 1 cup</w:t>
            </w:r>
          </w:p>
        </w:tc>
        <w:tc>
          <w:tcPr>
            <w:tcW w:w="995" w:type="dxa"/>
          </w:tcPr>
          <w:p w14:paraId="6BABCCD2" w14:textId="77777777" w:rsidR="001B7386" w:rsidRDefault="001B7386">
            <w:pPr>
              <w:cnfStyle w:val="000000000000" w:firstRow="0" w:lastRow="0" w:firstColumn="0" w:lastColumn="0" w:oddVBand="0" w:evenVBand="0" w:oddHBand="0" w:evenHBand="0" w:firstRowFirstColumn="0" w:firstRowLastColumn="0" w:lastRowFirstColumn="0" w:lastRowLastColumn="0"/>
            </w:pPr>
            <w:r>
              <w:t>Apple slices, 4 oz</w:t>
            </w:r>
          </w:p>
        </w:tc>
        <w:tc>
          <w:tcPr>
            <w:tcW w:w="732" w:type="dxa"/>
          </w:tcPr>
          <w:p w14:paraId="38DD79E5" w14:textId="77777777" w:rsidR="001B7386" w:rsidRDefault="001B7386">
            <w:pPr>
              <w:cnfStyle w:val="000000000000" w:firstRow="0" w:lastRow="0" w:firstColumn="0" w:lastColumn="0" w:oddVBand="0" w:evenVBand="0" w:oddHBand="0" w:evenHBand="0" w:firstRowFirstColumn="0" w:firstRowLastColumn="0" w:lastRowFirstColumn="0" w:lastRowLastColumn="0"/>
            </w:pPr>
            <w:r>
              <w:t>380</w:t>
            </w:r>
          </w:p>
        </w:tc>
        <w:tc>
          <w:tcPr>
            <w:tcW w:w="770" w:type="dxa"/>
          </w:tcPr>
          <w:p w14:paraId="239A055C" w14:textId="77777777" w:rsidR="001B7386" w:rsidRDefault="001B7386">
            <w:pPr>
              <w:cnfStyle w:val="000000000000" w:firstRow="0" w:lastRow="0" w:firstColumn="0" w:lastColumn="0" w:oddVBand="0" w:evenVBand="0" w:oddHBand="0" w:evenHBand="0" w:firstRowFirstColumn="0" w:firstRowLastColumn="0" w:lastRowFirstColumn="0" w:lastRowLastColumn="0"/>
            </w:pPr>
            <w:r>
              <w:t>14.0</w:t>
            </w:r>
          </w:p>
        </w:tc>
        <w:tc>
          <w:tcPr>
            <w:tcW w:w="636" w:type="dxa"/>
          </w:tcPr>
          <w:p w14:paraId="66CC529E" w14:textId="77777777" w:rsidR="001B7386" w:rsidRDefault="001B7386">
            <w:pPr>
              <w:cnfStyle w:val="000000000000" w:firstRow="0" w:lastRow="0" w:firstColumn="0" w:lastColumn="0" w:oddVBand="0" w:evenVBand="0" w:oddHBand="0" w:evenHBand="0" w:firstRowFirstColumn="0" w:firstRowLastColumn="0" w:lastRowFirstColumn="0" w:lastRowLastColumn="0"/>
            </w:pPr>
            <w:r>
              <w:t>57.0</w:t>
            </w:r>
          </w:p>
        </w:tc>
        <w:tc>
          <w:tcPr>
            <w:tcW w:w="627" w:type="dxa"/>
          </w:tcPr>
          <w:p w14:paraId="478A5A14" w14:textId="77777777" w:rsidR="001B7386" w:rsidRDefault="001B7386">
            <w:pPr>
              <w:cnfStyle w:val="000000000000" w:firstRow="0" w:lastRow="0" w:firstColumn="0" w:lastColumn="0" w:oddVBand="0" w:evenVBand="0" w:oddHBand="0" w:evenHBand="0" w:firstRowFirstColumn="0" w:firstRowLastColumn="0" w:lastRowFirstColumn="0" w:lastRowLastColumn="0"/>
            </w:pPr>
            <w:r>
              <w:t>12.0</w:t>
            </w:r>
          </w:p>
        </w:tc>
        <w:tc>
          <w:tcPr>
            <w:tcW w:w="582" w:type="dxa"/>
          </w:tcPr>
          <w:p w14:paraId="41602DDE" w14:textId="77777777" w:rsidR="001B7386" w:rsidRDefault="001B7386">
            <w:pPr>
              <w:cnfStyle w:val="000000000000" w:firstRow="0" w:lastRow="0" w:firstColumn="0" w:lastColumn="0" w:oddVBand="0" w:evenVBand="0" w:oddHBand="0" w:evenHBand="0" w:firstRowFirstColumn="0" w:firstRowLastColumn="0" w:lastRowFirstColumn="0" w:lastRowLastColumn="0"/>
            </w:pPr>
            <w:r>
              <w:t>195</w:t>
            </w:r>
          </w:p>
        </w:tc>
        <w:tc>
          <w:tcPr>
            <w:tcW w:w="774" w:type="dxa"/>
          </w:tcPr>
          <w:p w14:paraId="21CC71B8" w14:textId="77777777" w:rsidR="001B7386" w:rsidRDefault="001B7386">
            <w:pPr>
              <w:cnfStyle w:val="000000000000" w:firstRow="0" w:lastRow="0" w:firstColumn="0" w:lastColumn="0" w:oddVBand="0" w:evenVBand="0" w:oddHBand="0" w:evenHBand="0" w:firstRowFirstColumn="0" w:firstRowLastColumn="0" w:lastRowFirstColumn="0" w:lastRowLastColumn="0"/>
            </w:pPr>
            <w:r>
              <w:t>536</w:t>
            </w:r>
          </w:p>
        </w:tc>
      </w:tr>
    </w:tbl>
    <w:p w14:paraId="4B9BEE2B" w14:textId="4D126B2B" w:rsidR="00F9276F" w:rsidRPr="00EA05EF" w:rsidRDefault="00000000" w:rsidP="00EA05EF">
      <w:pPr>
        <w:rPr>
          <w:b/>
          <w:bCs/>
        </w:rPr>
      </w:pPr>
      <w:r w:rsidRPr="00EA05EF">
        <w:rPr>
          <w:b/>
          <w:bCs/>
        </w:rPr>
        <w:t xml:space="preserve">Modified </w:t>
      </w:r>
      <w:r w:rsidR="00EA05EF" w:rsidRPr="00EA05EF">
        <w:rPr>
          <w:b/>
          <w:bCs/>
        </w:rPr>
        <w:t xml:space="preserve">Menu </w:t>
      </w:r>
      <w:r w:rsidR="00EA05EF">
        <w:rPr>
          <w:b/>
          <w:bCs/>
        </w:rPr>
        <w:t>(</w:t>
      </w:r>
      <w:r w:rsidRPr="00EA05EF">
        <w:rPr>
          <w:b/>
          <w:bCs/>
        </w:rPr>
        <w:t xml:space="preserve">CHO-Controlled </w:t>
      </w:r>
    </w:p>
    <w:tbl>
      <w:tblPr>
        <w:tblStyle w:val="GridTable1Light-Accent6"/>
        <w:tblW w:w="10173" w:type="dxa"/>
        <w:tblLayout w:type="fixed"/>
        <w:tblLook w:val="04A0" w:firstRow="1" w:lastRow="0" w:firstColumn="1" w:lastColumn="0" w:noHBand="0" w:noVBand="1"/>
      </w:tblPr>
      <w:tblGrid>
        <w:gridCol w:w="321"/>
        <w:gridCol w:w="1067"/>
        <w:gridCol w:w="1555"/>
        <w:gridCol w:w="1134"/>
        <w:gridCol w:w="1134"/>
        <w:gridCol w:w="851"/>
        <w:gridCol w:w="850"/>
        <w:gridCol w:w="851"/>
        <w:gridCol w:w="567"/>
        <w:gridCol w:w="850"/>
        <w:gridCol w:w="993"/>
      </w:tblGrid>
      <w:tr w:rsidR="00EA05EF" w14:paraId="0500E876" w14:textId="77777777" w:rsidTr="00EA0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 w:type="dxa"/>
          </w:tcPr>
          <w:p w14:paraId="380CB52C" w14:textId="77777777" w:rsidR="00EA05EF" w:rsidRDefault="00EA05EF">
            <w:r>
              <w:t>#</w:t>
            </w:r>
          </w:p>
        </w:tc>
        <w:tc>
          <w:tcPr>
            <w:tcW w:w="1067" w:type="dxa"/>
          </w:tcPr>
          <w:p w14:paraId="5A8F32BF"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Day</w:t>
            </w:r>
          </w:p>
        </w:tc>
        <w:tc>
          <w:tcPr>
            <w:tcW w:w="1555" w:type="dxa"/>
          </w:tcPr>
          <w:p w14:paraId="429ABA74"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Entrée</w:t>
            </w:r>
          </w:p>
        </w:tc>
        <w:tc>
          <w:tcPr>
            <w:tcW w:w="1134" w:type="dxa"/>
          </w:tcPr>
          <w:p w14:paraId="44EFD1A7"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Vegetable</w:t>
            </w:r>
          </w:p>
        </w:tc>
        <w:tc>
          <w:tcPr>
            <w:tcW w:w="1134" w:type="dxa"/>
          </w:tcPr>
          <w:p w14:paraId="3F4AC185"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Fruit</w:t>
            </w:r>
          </w:p>
        </w:tc>
        <w:tc>
          <w:tcPr>
            <w:tcW w:w="851" w:type="dxa"/>
          </w:tcPr>
          <w:p w14:paraId="31EEDA97"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Energy</w:t>
            </w:r>
          </w:p>
        </w:tc>
        <w:tc>
          <w:tcPr>
            <w:tcW w:w="850" w:type="dxa"/>
          </w:tcPr>
          <w:p w14:paraId="3344B370"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Protein</w:t>
            </w:r>
          </w:p>
        </w:tc>
        <w:tc>
          <w:tcPr>
            <w:tcW w:w="851" w:type="dxa"/>
          </w:tcPr>
          <w:p w14:paraId="6DA4AEB2"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Carbs</w:t>
            </w:r>
          </w:p>
        </w:tc>
        <w:tc>
          <w:tcPr>
            <w:tcW w:w="567" w:type="dxa"/>
          </w:tcPr>
          <w:p w14:paraId="61CEC8CA"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Fat</w:t>
            </w:r>
          </w:p>
        </w:tc>
        <w:tc>
          <w:tcPr>
            <w:tcW w:w="850" w:type="dxa"/>
          </w:tcPr>
          <w:p w14:paraId="10AF811A"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Chol</w:t>
            </w:r>
          </w:p>
        </w:tc>
        <w:tc>
          <w:tcPr>
            <w:tcW w:w="993" w:type="dxa"/>
          </w:tcPr>
          <w:p w14:paraId="37F87D44"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Sodium</w:t>
            </w:r>
          </w:p>
        </w:tc>
      </w:tr>
      <w:tr w:rsidR="00EA05EF" w14:paraId="7A30BE0B" w14:textId="77777777" w:rsidTr="00EA05EF">
        <w:tc>
          <w:tcPr>
            <w:cnfStyle w:val="001000000000" w:firstRow="0" w:lastRow="0" w:firstColumn="1" w:lastColumn="0" w:oddVBand="0" w:evenVBand="0" w:oddHBand="0" w:evenHBand="0" w:firstRowFirstColumn="0" w:firstRowLastColumn="0" w:lastRowFirstColumn="0" w:lastRowLastColumn="0"/>
            <w:tcW w:w="321" w:type="dxa"/>
          </w:tcPr>
          <w:p w14:paraId="0EE29D15" w14:textId="77777777" w:rsidR="00EA05EF" w:rsidRDefault="00EA05EF">
            <w:r>
              <w:t>1</w:t>
            </w:r>
          </w:p>
        </w:tc>
        <w:tc>
          <w:tcPr>
            <w:tcW w:w="1067" w:type="dxa"/>
          </w:tcPr>
          <w:p w14:paraId="26B0FA88" w14:textId="77777777" w:rsidR="00EA05EF" w:rsidRDefault="00EA05EF">
            <w:pPr>
              <w:cnfStyle w:val="000000000000" w:firstRow="0" w:lastRow="0" w:firstColumn="0" w:lastColumn="0" w:oddVBand="0" w:evenVBand="0" w:oddHBand="0" w:evenHBand="0" w:firstRowFirstColumn="0" w:firstRowLastColumn="0" w:lastRowFirstColumn="0" w:lastRowLastColumn="0"/>
            </w:pPr>
            <w:r>
              <w:t>Monday</w:t>
            </w:r>
          </w:p>
        </w:tc>
        <w:tc>
          <w:tcPr>
            <w:tcW w:w="1555" w:type="dxa"/>
          </w:tcPr>
          <w:p w14:paraId="6E880D51" w14:textId="77777777" w:rsidR="00EA05EF" w:rsidRDefault="00EA05EF">
            <w:pPr>
              <w:cnfStyle w:val="000000000000" w:firstRow="0" w:lastRow="0" w:firstColumn="0" w:lastColumn="0" w:oddVBand="0" w:evenVBand="0" w:oddHBand="0" w:evenHBand="0" w:firstRowFirstColumn="0" w:firstRowLastColumn="0" w:lastRowFirstColumn="0" w:lastRowLastColumn="0"/>
            </w:pPr>
            <w:r>
              <w:t>Beef Soft Tacos (2)</w:t>
            </w:r>
          </w:p>
        </w:tc>
        <w:tc>
          <w:tcPr>
            <w:tcW w:w="1134" w:type="dxa"/>
          </w:tcPr>
          <w:p w14:paraId="7473DB6D" w14:textId="77777777" w:rsidR="00EA05EF" w:rsidRDefault="00EA05EF">
            <w:pPr>
              <w:cnfStyle w:val="000000000000" w:firstRow="0" w:lastRow="0" w:firstColumn="0" w:lastColumn="0" w:oddVBand="0" w:evenVBand="0" w:oddHBand="0" w:evenHBand="0" w:firstRowFirstColumn="0" w:firstRowLastColumn="0" w:lastRowFirstColumn="0" w:lastRowLastColumn="0"/>
            </w:pPr>
            <w:r>
              <w:t>Garden salad, 1 cup</w:t>
            </w:r>
          </w:p>
        </w:tc>
        <w:tc>
          <w:tcPr>
            <w:tcW w:w="1134" w:type="dxa"/>
          </w:tcPr>
          <w:p w14:paraId="1BB5E04F" w14:textId="77777777" w:rsidR="00EA05EF" w:rsidRDefault="00EA05EF">
            <w:pPr>
              <w:cnfStyle w:val="000000000000" w:firstRow="0" w:lastRow="0" w:firstColumn="0" w:lastColumn="0" w:oddVBand="0" w:evenVBand="0" w:oddHBand="0" w:evenHBand="0" w:firstRowFirstColumn="0" w:firstRowLastColumn="0" w:lastRowFirstColumn="0" w:lastRowLastColumn="0"/>
            </w:pPr>
            <w:r>
              <w:t>Mixed fruit, 4 oz (cup)</w:t>
            </w:r>
          </w:p>
        </w:tc>
        <w:tc>
          <w:tcPr>
            <w:tcW w:w="851" w:type="dxa"/>
          </w:tcPr>
          <w:p w14:paraId="2B6AE5FB" w14:textId="77777777" w:rsidR="00EA05EF" w:rsidRDefault="00EA05EF">
            <w:pPr>
              <w:cnfStyle w:val="000000000000" w:firstRow="0" w:lastRow="0" w:firstColumn="0" w:lastColumn="0" w:oddVBand="0" w:evenVBand="0" w:oddHBand="0" w:evenHBand="0" w:firstRowFirstColumn="0" w:firstRowLastColumn="0" w:lastRowFirstColumn="0" w:lastRowLastColumn="0"/>
            </w:pPr>
            <w:r>
              <w:t>600</w:t>
            </w:r>
          </w:p>
        </w:tc>
        <w:tc>
          <w:tcPr>
            <w:tcW w:w="850" w:type="dxa"/>
          </w:tcPr>
          <w:p w14:paraId="3F059943" w14:textId="77777777" w:rsidR="00EA05EF" w:rsidRDefault="00EA05EF">
            <w:pPr>
              <w:cnfStyle w:val="000000000000" w:firstRow="0" w:lastRow="0" w:firstColumn="0" w:lastColumn="0" w:oddVBand="0" w:evenVBand="0" w:oddHBand="0" w:evenHBand="0" w:firstRowFirstColumn="0" w:firstRowLastColumn="0" w:lastRowFirstColumn="0" w:lastRowLastColumn="0"/>
            </w:pPr>
            <w:r>
              <w:t>34.0</w:t>
            </w:r>
          </w:p>
        </w:tc>
        <w:tc>
          <w:tcPr>
            <w:tcW w:w="851" w:type="dxa"/>
          </w:tcPr>
          <w:p w14:paraId="54D57954" w14:textId="77777777" w:rsidR="00EA05EF" w:rsidRDefault="00EA05EF">
            <w:pPr>
              <w:cnfStyle w:val="000000000000" w:firstRow="0" w:lastRow="0" w:firstColumn="0" w:lastColumn="0" w:oddVBand="0" w:evenVBand="0" w:oddHBand="0" w:evenHBand="0" w:firstRowFirstColumn="0" w:firstRowLastColumn="0" w:lastRowFirstColumn="0" w:lastRowLastColumn="0"/>
            </w:pPr>
            <w:r>
              <w:t>56.0</w:t>
            </w:r>
          </w:p>
        </w:tc>
        <w:tc>
          <w:tcPr>
            <w:tcW w:w="567" w:type="dxa"/>
          </w:tcPr>
          <w:p w14:paraId="1C9C6B20" w14:textId="77777777" w:rsidR="00EA05EF" w:rsidRDefault="00EA05EF">
            <w:pPr>
              <w:cnfStyle w:val="000000000000" w:firstRow="0" w:lastRow="0" w:firstColumn="0" w:lastColumn="0" w:oddVBand="0" w:evenVBand="0" w:oddHBand="0" w:evenHBand="0" w:firstRowFirstColumn="0" w:firstRowLastColumn="0" w:lastRowFirstColumn="0" w:lastRowLastColumn="0"/>
            </w:pPr>
            <w:r>
              <w:t>27.0</w:t>
            </w:r>
          </w:p>
        </w:tc>
        <w:tc>
          <w:tcPr>
            <w:tcW w:w="850" w:type="dxa"/>
          </w:tcPr>
          <w:p w14:paraId="548729E7" w14:textId="77777777" w:rsidR="00EA05EF" w:rsidRDefault="00EA05EF">
            <w:pPr>
              <w:cnfStyle w:val="000000000000" w:firstRow="0" w:lastRow="0" w:firstColumn="0" w:lastColumn="0" w:oddVBand="0" w:evenVBand="0" w:oddHBand="0" w:evenHBand="0" w:firstRowFirstColumn="0" w:firstRowLastColumn="0" w:lastRowFirstColumn="0" w:lastRowLastColumn="0"/>
            </w:pPr>
            <w:r>
              <w:t>100</w:t>
            </w:r>
          </w:p>
        </w:tc>
        <w:tc>
          <w:tcPr>
            <w:tcW w:w="993" w:type="dxa"/>
          </w:tcPr>
          <w:p w14:paraId="605F6DFD" w14:textId="77777777" w:rsidR="00EA05EF" w:rsidRDefault="00EA05EF">
            <w:pPr>
              <w:cnfStyle w:val="000000000000" w:firstRow="0" w:lastRow="0" w:firstColumn="0" w:lastColumn="0" w:oddVBand="0" w:evenVBand="0" w:oddHBand="0" w:evenHBand="0" w:firstRowFirstColumn="0" w:firstRowLastColumn="0" w:lastRowFirstColumn="0" w:lastRowLastColumn="0"/>
            </w:pPr>
            <w:r>
              <w:t>995</w:t>
            </w:r>
          </w:p>
        </w:tc>
      </w:tr>
      <w:tr w:rsidR="00EA05EF" w14:paraId="7C0792C6" w14:textId="77777777" w:rsidTr="00EA05EF">
        <w:tc>
          <w:tcPr>
            <w:cnfStyle w:val="001000000000" w:firstRow="0" w:lastRow="0" w:firstColumn="1" w:lastColumn="0" w:oddVBand="0" w:evenVBand="0" w:oddHBand="0" w:evenHBand="0" w:firstRowFirstColumn="0" w:firstRowLastColumn="0" w:lastRowFirstColumn="0" w:lastRowLastColumn="0"/>
            <w:tcW w:w="321" w:type="dxa"/>
          </w:tcPr>
          <w:p w14:paraId="3AF7AA07" w14:textId="77777777" w:rsidR="00EA05EF" w:rsidRDefault="00EA05EF">
            <w:r>
              <w:t>2</w:t>
            </w:r>
          </w:p>
        </w:tc>
        <w:tc>
          <w:tcPr>
            <w:tcW w:w="1067" w:type="dxa"/>
          </w:tcPr>
          <w:p w14:paraId="4A4295F3" w14:textId="77777777" w:rsidR="00EA05EF" w:rsidRDefault="00EA05EF">
            <w:pPr>
              <w:cnfStyle w:val="000000000000" w:firstRow="0" w:lastRow="0" w:firstColumn="0" w:lastColumn="0" w:oddVBand="0" w:evenVBand="0" w:oddHBand="0" w:evenHBand="0" w:firstRowFirstColumn="0" w:firstRowLastColumn="0" w:lastRowFirstColumn="0" w:lastRowLastColumn="0"/>
            </w:pPr>
            <w:r>
              <w:t>Tuesday</w:t>
            </w:r>
          </w:p>
        </w:tc>
        <w:tc>
          <w:tcPr>
            <w:tcW w:w="1555" w:type="dxa"/>
          </w:tcPr>
          <w:p w14:paraId="777F6916" w14:textId="77777777" w:rsidR="00EA05EF" w:rsidRDefault="00EA05EF">
            <w:pPr>
              <w:cnfStyle w:val="000000000000" w:firstRow="0" w:lastRow="0" w:firstColumn="0" w:lastColumn="0" w:oddVBand="0" w:evenVBand="0" w:oddHBand="0" w:evenHBand="0" w:firstRowFirstColumn="0" w:firstRowLastColumn="0" w:lastRowFirstColumn="0" w:lastRowLastColumn="0"/>
            </w:pPr>
            <w:r>
              <w:t>Cheeseburger</w:t>
            </w:r>
          </w:p>
        </w:tc>
        <w:tc>
          <w:tcPr>
            <w:tcW w:w="1134" w:type="dxa"/>
          </w:tcPr>
          <w:p w14:paraId="6DEF5AB7" w14:textId="77777777" w:rsidR="00EA05EF" w:rsidRDefault="00EA05EF">
            <w:pPr>
              <w:cnfStyle w:val="000000000000" w:firstRow="0" w:lastRow="0" w:firstColumn="0" w:lastColumn="0" w:oddVBand="0" w:evenVBand="0" w:oddHBand="0" w:evenHBand="0" w:firstRowFirstColumn="0" w:firstRowLastColumn="0" w:lastRowFirstColumn="0" w:lastRowLastColumn="0"/>
            </w:pPr>
            <w:r>
              <w:t>Spinach salad, 1 cup</w:t>
            </w:r>
          </w:p>
        </w:tc>
        <w:tc>
          <w:tcPr>
            <w:tcW w:w="1134" w:type="dxa"/>
          </w:tcPr>
          <w:p w14:paraId="127803B6" w14:textId="77777777" w:rsidR="00EA05EF" w:rsidRDefault="00EA05EF">
            <w:pPr>
              <w:cnfStyle w:val="000000000000" w:firstRow="0" w:lastRow="0" w:firstColumn="0" w:lastColumn="0" w:oddVBand="0" w:evenVBand="0" w:oddHBand="0" w:evenHBand="0" w:firstRowFirstColumn="0" w:firstRowLastColumn="0" w:lastRowFirstColumn="0" w:lastRowLastColumn="0"/>
            </w:pPr>
            <w:r>
              <w:t>Orange, medium</w:t>
            </w:r>
          </w:p>
        </w:tc>
        <w:tc>
          <w:tcPr>
            <w:tcW w:w="851" w:type="dxa"/>
          </w:tcPr>
          <w:p w14:paraId="21331FE1" w14:textId="77777777" w:rsidR="00EA05EF" w:rsidRDefault="00EA05EF">
            <w:pPr>
              <w:cnfStyle w:val="000000000000" w:firstRow="0" w:lastRow="0" w:firstColumn="0" w:lastColumn="0" w:oddVBand="0" w:evenVBand="0" w:oddHBand="0" w:evenHBand="0" w:firstRowFirstColumn="0" w:firstRowLastColumn="0" w:lastRowFirstColumn="0" w:lastRowLastColumn="0"/>
            </w:pPr>
            <w:r>
              <w:t>452</w:t>
            </w:r>
          </w:p>
        </w:tc>
        <w:tc>
          <w:tcPr>
            <w:tcW w:w="850" w:type="dxa"/>
          </w:tcPr>
          <w:p w14:paraId="415ACE82" w14:textId="77777777" w:rsidR="00EA05EF" w:rsidRDefault="00EA05EF">
            <w:pPr>
              <w:cnfStyle w:val="000000000000" w:firstRow="0" w:lastRow="0" w:firstColumn="0" w:lastColumn="0" w:oddVBand="0" w:evenVBand="0" w:oddHBand="0" w:evenHBand="0" w:firstRowFirstColumn="0" w:firstRowLastColumn="0" w:lastRowFirstColumn="0" w:lastRowLastColumn="0"/>
            </w:pPr>
            <w:r>
              <w:t>26.0</w:t>
            </w:r>
          </w:p>
        </w:tc>
        <w:tc>
          <w:tcPr>
            <w:tcW w:w="851" w:type="dxa"/>
          </w:tcPr>
          <w:p w14:paraId="53B12DE9" w14:textId="77777777" w:rsidR="00EA05EF" w:rsidRDefault="00EA05EF">
            <w:pPr>
              <w:cnfStyle w:val="000000000000" w:firstRow="0" w:lastRow="0" w:firstColumn="0" w:lastColumn="0" w:oddVBand="0" w:evenVBand="0" w:oddHBand="0" w:evenHBand="0" w:firstRowFirstColumn="0" w:firstRowLastColumn="0" w:lastRowFirstColumn="0" w:lastRowLastColumn="0"/>
            </w:pPr>
            <w:r>
              <w:t>39.0</w:t>
            </w:r>
          </w:p>
        </w:tc>
        <w:tc>
          <w:tcPr>
            <w:tcW w:w="567" w:type="dxa"/>
          </w:tcPr>
          <w:p w14:paraId="4F3B37EF" w14:textId="77777777" w:rsidR="00EA05EF" w:rsidRDefault="00EA05EF">
            <w:pPr>
              <w:cnfStyle w:val="000000000000" w:firstRow="0" w:lastRow="0" w:firstColumn="0" w:lastColumn="0" w:oddVBand="0" w:evenVBand="0" w:oddHBand="0" w:evenHBand="0" w:firstRowFirstColumn="0" w:firstRowLastColumn="0" w:lastRowFirstColumn="0" w:lastRowLastColumn="0"/>
            </w:pPr>
            <w:r>
              <w:t>21.0</w:t>
            </w:r>
          </w:p>
        </w:tc>
        <w:tc>
          <w:tcPr>
            <w:tcW w:w="850" w:type="dxa"/>
          </w:tcPr>
          <w:p w14:paraId="2A9F42A4" w14:textId="77777777" w:rsidR="00EA05EF" w:rsidRDefault="00EA05EF">
            <w:pPr>
              <w:cnfStyle w:val="000000000000" w:firstRow="0" w:lastRow="0" w:firstColumn="0" w:lastColumn="0" w:oddVBand="0" w:evenVBand="0" w:oddHBand="0" w:evenHBand="0" w:firstRowFirstColumn="0" w:firstRowLastColumn="0" w:lastRowFirstColumn="0" w:lastRowLastColumn="0"/>
            </w:pPr>
            <w:r>
              <w:t>85</w:t>
            </w:r>
          </w:p>
        </w:tc>
        <w:tc>
          <w:tcPr>
            <w:tcW w:w="993" w:type="dxa"/>
          </w:tcPr>
          <w:p w14:paraId="3ACC4699" w14:textId="77777777" w:rsidR="00EA05EF" w:rsidRDefault="00EA05EF">
            <w:pPr>
              <w:cnfStyle w:val="000000000000" w:firstRow="0" w:lastRow="0" w:firstColumn="0" w:lastColumn="0" w:oddVBand="0" w:evenVBand="0" w:oddHBand="0" w:evenHBand="0" w:firstRowFirstColumn="0" w:firstRowLastColumn="0" w:lastRowFirstColumn="0" w:lastRowLastColumn="0"/>
            </w:pPr>
            <w:r>
              <w:t>660</w:t>
            </w:r>
          </w:p>
        </w:tc>
      </w:tr>
      <w:tr w:rsidR="00EA05EF" w14:paraId="5CA64572" w14:textId="77777777" w:rsidTr="00EA05EF">
        <w:tc>
          <w:tcPr>
            <w:cnfStyle w:val="001000000000" w:firstRow="0" w:lastRow="0" w:firstColumn="1" w:lastColumn="0" w:oddVBand="0" w:evenVBand="0" w:oddHBand="0" w:evenHBand="0" w:firstRowFirstColumn="0" w:firstRowLastColumn="0" w:lastRowFirstColumn="0" w:lastRowLastColumn="0"/>
            <w:tcW w:w="321" w:type="dxa"/>
          </w:tcPr>
          <w:p w14:paraId="49969FE1" w14:textId="77777777" w:rsidR="00EA05EF" w:rsidRDefault="00EA05EF">
            <w:r>
              <w:t>3</w:t>
            </w:r>
          </w:p>
        </w:tc>
        <w:tc>
          <w:tcPr>
            <w:tcW w:w="1067" w:type="dxa"/>
          </w:tcPr>
          <w:p w14:paraId="32804E6F" w14:textId="77777777" w:rsidR="00EA05EF" w:rsidRDefault="00EA05EF">
            <w:pPr>
              <w:cnfStyle w:val="000000000000" w:firstRow="0" w:lastRow="0" w:firstColumn="0" w:lastColumn="0" w:oddVBand="0" w:evenVBand="0" w:oddHBand="0" w:evenHBand="0" w:firstRowFirstColumn="0" w:firstRowLastColumn="0" w:lastRowFirstColumn="0" w:lastRowLastColumn="0"/>
            </w:pPr>
            <w:r>
              <w:t>Wednesday</w:t>
            </w:r>
          </w:p>
        </w:tc>
        <w:tc>
          <w:tcPr>
            <w:tcW w:w="1555" w:type="dxa"/>
          </w:tcPr>
          <w:p w14:paraId="7F4DCE0A" w14:textId="77777777" w:rsidR="00EA05EF" w:rsidRDefault="00EA05EF">
            <w:pPr>
              <w:cnfStyle w:val="000000000000" w:firstRow="0" w:lastRow="0" w:firstColumn="0" w:lastColumn="0" w:oddVBand="0" w:evenVBand="0" w:oddHBand="0" w:evenHBand="0" w:firstRowFirstColumn="0" w:firstRowLastColumn="0" w:lastRowFirstColumn="0" w:lastRowLastColumn="0"/>
            </w:pPr>
            <w:r>
              <w:t>Chicken Patty Sandwich</w:t>
            </w:r>
          </w:p>
        </w:tc>
        <w:tc>
          <w:tcPr>
            <w:tcW w:w="1134" w:type="dxa"/>
          </w:tcPr>
          <w:p w14:paraId="66E64E0A" w14:textId="77777777" w:rsidR="00EA05EF" w:rsidRDefault="00EA05EF">
            <w:pPr>
              <w:cnfStyle w:val="000000000000" w:firstRow="0" w:lastRow="0" w:firstColumn="0" w:lastColumn="0" w:oddVBand="0" w:evenVBand="0" w:oddHBand="0" w:evenHBand="0" w:firstRowFirstColumn="0" w:firstRowLastColumn="0" w:lastRowFirstColumn="0" w:lastRowLastColumn="0"/>
            </w:pPr>
            <w:r>
              <w:t>Garden salad, 1 cup</w:t>
            </w:r>
          </w:p>
        </w:tc>
        <w:tc>
          <w:tcPr>
            <w:tcW w:w="1134" w:type="dxa"/>
          </w:tcPr>
          <w:p w14:paraId="2C4CD1F1" w14:textId="77777777" w:rsidR="00EA05EF" w:rsidRDefault="00EA05EF">
            <w:pPr>
              <w:cnfStyle w:val="000000000000" w:firstRow="0" w:lastRow="0" w:firstColumn="0" w:lastColumn="0" w:oddVBand="0" w:evenVBand="0" w:oddHBand="0" w:evenHBand="0" w:firstRowFirstColumn="0" w:firstRowLastColumn="0" w:lastRowFirstColumn="0" w:lastRowLastColumn="0"/>
            </w:pPr>
            <w:r>
              <w:t>Apple slices, 4 oz</w:t>
            </w:r>
          </w:p>
        </w:tc>
        <w:tc>
          <w:tcPr>
            <w:tcW w:w="851" w:type="dxa"/>
          </w:tcPr>
          <w:p w14:paraId="1A1ECB24" w14:textId="77777777" w:rsidR="00EA05EF" w:rsidRDefault="00EA05EF">
            <w:pPr>
              <w:cnfStyle w:val="000000000000" w:firstRow="0" w:lastRow="0" w:firstColumn="0" w:lastColumn="0" w:oddVBand="0" w:evenVBand="0" w:oddHBand="0" w:evenHBand="0" w:firstRowFirstColumn="0" w:firstRowLastColumn="0" w:lastRowFirstColumn="0" w:lastRowLastColumn="0"/>
            </w:pPr>
            <w:r>
              <w:t>400</w:t>
            </w:r>
          </w:p>
        </w:tc>
        <w:tc>
          <w:tcPr>
            <w:tcW w:w="850" w:type="dxa"/>
          </w:tcPr>
          <w:p w14:paraId="2A63ED96" w14:textId="77777777" w:rsidR="00EA05EF" w:rsidRDefault="00EA05EF">
            <w:pPr>
              <w:cnfStyle w:val="000000000000" w:firstRow="0" w:lastRow="0" w:firstColumn="0" w:lastColumn="0" w:oddVBand="0" w:evenVBand="0" w:oddHBand="0" w:evenHBand="0" w:firstRowFirstColumn="0" w:firstRowLastColumn="0" w:lastRowFirstColumn="0" w:lastRowLastColumn="0"/>
            </w:pPr>
            <w:r>
              <w:t>19.0</w:t>
            </w:r>
          </w:p>
        </w:tc>
        <w:tc>
          <w:tcPr>
            <w:tcW w:w="851" w:type="dxa"/>
          </w:tcPr>
          <w:p w14:paraId="569E4E3C" w14:textId="77777777" w:rsidR="00EA05EF" w:rsidRDefault="00EA05EF">
            <w:pPr>
              <w:cnfStyle w:val="000000000000" w:firstRow="0" w:lastRow="0" w:firstColumn="0" w:lastColumn="0" w:oddVBand="0" w:evenVBand="0" w:oddHBand="0" w:evenHBand="0" w:firstRowFirstColumn="0" w:firstRowLastColumn="0" w:lastRowFirstColumn="0" w:lastRowLastColumn="0"/>
            </w:pPr>
            <w:r>
              <w:t>52.0</w:t>
            </w:r>
          </w:p>
        </w:tc>
        <w:tc>
          <w:tcPr>
            <w:tcW w:w="567" w:type="dxa"/>
          </w:tcPr>
          <w:p w14:paraId="122C3D39" w14:textId="77777777" w:rsidR="00EA05EF" w:rsidRDefault="00EA05EF">
            <w:pPr>
              <w:cnfStyle w:val="000000000000" w:firstRow="0" w:lastRow="0" w:firstColumn="0" w:lastColumn="0" w:oddVBand="0" w:evenVBand="0" w:oddHBand="0" w:evenHBand="0" w:firstRowFirstColumn="0" w:firstRowLastColumn="0" w:lastRowFirstColumn="0" w:lastRowLastColumn="0"/>
            </w:pPr>
            <w:r>
              <w:t>13.0</w:t>
            </w:r>
          </w:p>
        </w:tc>
        <w:tc>
          <w:tcPr>
            <w:tcW w:w="850" w:type="dxa"/>
          </w:tcPr>
          <w:p w14:paraId="0D08C21E" w14:textId="77777777" w:rsidR="00EA05EF" w:rsidRDefault="00EA05EF">
            <w:pPr>
              <w:cnfStyle w:val="000000000000" w:firstRow="0" w:lastRow="0" w:firstColumn="0" w:lastColumn="0" w:oddVBand="0" w:evenVBand="0" w:oddHBand="0" w:evenHBand="0" w:firstRowFirstColumn="0" w:firstRowLastColumn="0" w:lastRowFirstColumn="0" w:lastRowLastColumn="0"/>
            </w:pPr>
            <w:r>
              <w:t>45</w:t>
            </w:r>
          </w:p>
        </w:tc>
        <w:tc>
          <w:tcPr>
            <w:tcW w:w="993" w:type="dxa"/>
          </w:tcPr>
          <w:p w14:paraId="240BA1F6" w14:textId="77777777" w:rsidR="00EA05EF" w:rsidRDefault="00EA05EF">
            <w:pPr>
              <w:cnfStyle w:val="000000000000" w:firstRow="0" w:lastRow="0" w:firstColumn="0" w:lastColumn="0" w:oddVBand="0" w:evenVBand="0" w:oddHBand="0" w:evenHBand="0" w:firstRowFirstColumn="0" w:firstRowLastColumn="0" w:lastRowFirstColumn="0" w:lastRowLastColumn="0"/>
            </w:pPr>
            <w:r>
              <w:t>696</w:t>
            </w:r>
          </w:p>
        </w:tc>
      </w:tr>
    </w:tbl>
    <w:p w14:paraId="1C603A3F" w14:textId="6E1CCC60" w:rsidR="00F9276F" w:rsidRPr="00EA05EF" w:rsidRDefault="00EA05EF" w:rsidP="00EA05EF">
      <w:pPr>
        <w:rPr>
          <w:b/>
          <w:bCs/>
        </w:rPr>
      </w:pPr>
      <w:r>
        <w:rPr>
          <w:b/>
          <w:bCs/>
        </w:rPr>
        <w:br/>
      </w:r>
      <w:r w:rsidRPr="00EA05EF">
        <w:rPr>
          <w:b/>
          <w:bCs/>
        </w:rPr>
        <w:t>Modified Menu (200 mg Cholesterol)</w:t>
      </w:r>
    </w:p>
    <w:tbl>
      <w:tblPr>
        <w:tblStyle w:val="GridTable1Light-Accent3"/>
        <w:tblW w:w="10031" w:type="dxa"/>
        <w:tblLayout w:type="fixed"/>
        <w:tblLook w:val="04A0" w:firstRow="1" w:lastRow="0" w:firstColumn="1" w:lastColumn="0" w:noHBand="0" w:noVBand="1"/>
      </w:tblPr>
      <w:tblGrid>
        <w:gridCol w:w="312"/>
        <w:gridCol w:w="1011"/>
        <w:gridCol w:w="1958"/>
        <w:gridCol w:w="1080"/>
        <w:gridCol w:w="1134"/>
        <w:gridCol w:w="850"/>
        <w:gridCol w:w="851"/>
        <w:gridCol w:w="709"/>
        <w:gridCol w:w="567"/>
        <w:gridCol w:w="708"/>
        <w:gridCol w:w="851"/>
      </w:tblGrid>
      <w:tr w:rsidR="00EA05EF" w14:paraId="44F625E1" w14:textId="77777777" w:rsidTr="00EA0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dxa"/>
          </w:tcPr>
          <w:p w14:paraId="32A73311" w14:textId="77777777" w:rsidR="00EA05EF" w:rsidRPr="00EA05EF" w:rsidRDefault="00EA05EF">
            <w:pPr>
              <w:rPr>
                <w:sz w:val="18"/>
                <w:szCs w:val="18"/>
              </w:rPr>
            </w:pPr>
            <w:r w:rsidRPr="00EA05EF">
              <w:rPr>
                <w:sz w:val="18"/>
                <w:szCs w:val="18"/>
              </w:rPr>
              <w:t>#</w:t>
            </w:r>
          </w:p>
        </w:tc>
        <w:tc>
          <w:tcPr>
            <w:tcW w:w="1011" w:type="dxa"/>
          </w:tcPr>
          <w:p w14:paraId="535EE525"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Day</w:t>
            </w:r>
          </w:p>
        </w:tc>
        <w:tc>
          <w:tcPr>
            <w:tcW w:w="1958" w:type="dxa"/>
          </w:tcPr>
          <w:p w14:paraId="7A89B1B3"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Entrée</w:t>
            </w:r>
          </w:p>
        </w:tc>
        <w:tc>
          <w:tcPr>
            <w:tcW w:w="1080" w:type="dxa"/>
          </w:tcPr>
          <w:p w14:paraId="0F732A80"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Vegetable</w:t>
            </w:r>
          </w:p>
        </w:tc>
        <w:tc>
          <w:tcPr>
            <w:tcW w:w="1134" w:type="dxa"/>
          </w:tcPr>
          <w:p w14:paraId="50321763"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Fruit</w:t>
            </w:r>
          </w:p>
        </w:tc>
        <w:tc>
          <w:tcPr>
            <w:tcW w:w="850" w:type="dxa"/>
          </w:tcPr>
          <w:p w14:paraId="2CB81538"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Energy</w:t>
            </w:r>
          </w:p>
        </w:tc>
        <w:tc>
          <w:tcPr>
            <w:tcW w:w="851" w:type="dxa"/>
          </w:tcPr>
          <w:p w14:paraId="2D12E088"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Protein</w:t>
            </w:r>
          </w:p>
        </w:tc>
        <w:tc>
          <w:tcPr>
            <w:tcW w:w="709" w:type="dxa"/>
          </w:tcPr>
          <w:p w14:paraId="483C9D6B"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Carbs</w:t>
            </w:r>
          </w:p>
        </w:tc>
        <w:tc>
          <w:tcPr>
            <w:tcW w:w="567" w:type="dxa"/>
          </w:tcPr>
          <w:p w14:paraId="586FEDCF"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Fat</w:t>
            </w:r>
          </w:p>
        </w:tc>
        <w:tc>
          <w:tcPr>
            <w:tcW w:w="708" w:type="dxa"/>
          </w:tcPr>
          <w:p w14:paraId="613791B6"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Chol</w:t>
            </w:r>
          </w:p>
        </w:tc>
        <w:tc>
          <w:tcPr>
            <w:tcW w:w="851" w:type="dxa"/>
          </w:tcPr>
          <w:p w14:paraId="2BDDCBD5" w14:textId="77777777" w:rsidR="00EA05EF" w:rsidRPr="00EA05EF" w:rsidRDefault="00EA05EF">
            <w:pPr>
              <w:cnfStyle w:val="100000000000" w:firstRow="1" w:lastRow="0" w:firstColumn="0" w:lastColumn="0" w:oddVBand="0" w:evenVBand="0" w:oddHBand="0" w:evenHBand="0" w:firstRowFirstColumn="0" w:firstRowLastColumn="0" w:lastRowFirstColumn="0" w:lastRowLastColumn="0"/>
              <w:rPr>
                <w:sz w:val="18"/>
                <w:szCs w:val="18"/>
              </w:rPr>
            </w:pPr>
            <w:r w:rsidRPr="00EA05EF">
              <w:rPr>
                <w:sz w:val="18"/>
                <w:szCs w:val="18"/>
              </w:rPr>
              <w:t>Sodium</w:t>
            </w:r>
          </w:p>
        </w:tc>
      </w:tr>
      <w:tr w:rsidR="00EA05EF" w14:paraId="389C980C" w14:textId="77777777" w:rsidTr="00EA05EF">
        <w:tc>
          <w:tcPr>
            <w:cnfStyle w:val="001000000000" w:firstRow="0" w:lastRow="0" w:firstColumn="1" w:lastColumn="0" w:oddVBand="0" w:evenVBand="0" w:oddHBand="0" w:evenHBand="0" w:firstRowFirstColumn="0" w:firstRowLastColumn="0" w:lastRowFirstColumn="0" w:lastRowLastColumn="0"/>
            <w:tcW w:w="312" w:type="dxa"/>
          </w:tcPr>
          <w:p w14:paraId="3217F158" w14:textId="77777777" w:rsidR="00EA05EF" w:rsidRDefault="00EA05EF">
            <w:r>
              <w:t>1</w:t>
            </w:r>
          </w:p>
        </w:tc>
        <w:tc>
          <w:tcPr>
            <w:tcW w:w="1011" w:type="dxa"/>
          </w:tcPr>
          <w:p w14:paraId="5B92972E" w14:textId="77777777" w:rsidR="00EA05EF" w:rsidRDefault="00EA05EF">
            <w:pPr>
              <w:cnfStyle w:val="000000000000" w:firstRow="0" w:lastRow="0" w:firstColumn="0" w:lastColumn="0" w:oddVBand="0" w:evenVBand="0" w:oddHBand="0" w:evenHBand="0" w:firstRowFirstColumn="0" w:firstRowLastColumn="0" w:lastRowFirstColumn="0" w:lastRowLastColumn="0"/>
            </w:pPr>
            <w:r>
              <w:t>Monday</w:t>
            </w:r>
          </w:p>
        </w:tc>
        <w:tc>
          <w:tcPr>
            <w:tcW w:w="1958" w:type="dxa"/>
          </w:tcPr>
          <w:p w14:paraId="21BEB43A" w14:textId="77777777" w:rsidR="00EA05EF" w:rsidRDefault="00EA05EF">
            <w:pPr>
              <w:cnfStyle w:val="000000000000" w:firstRow="0" w:lastRow="0" w:firstColumn="0" w:lastColumn="0" w:oddVBand="0" w:evenVBand="0" w:oddHBand="0" w:evenHBand="0" w:firstRowFirstColumn="0" w:firstRowLastColumn="0" w:lastRowFirstColumn="0" w:lastRowLastColumn="0"/>
            </w:pPr>
            <w:r>
              <w:t>PB&amp;J</w:t>
            </w:r>
          </w:p>
        </w:tc>
        <w:tc>
          <w:tcPr>
            <w:tcW w:w="1080" w:type="dxa"/>
          </w:tcPr>
          <w:p w14:paraId="2C14D9DB" w14:textId="77777777" w:rsidR="00EA05EF" w:rsidRDefault="00EA05EF">
            <w:pPr>
              <w:cnfStyle w:val="000000000000" w:firstRow="0" w:lastRow="0" w:firstColumn="0" w:lastColumn="0" w:oddVBand="0" w:evenVBand="0" w:oddHBand="0" w:evenHBand="0" w:firstRowFirstColumn="0" w:firstRowLastColumn="0" w:lastRowFirstColumn="0" w:lastRowLastColumn="0"/>
            </w:pPr>
            <w:r>
              <w:t>Tomato wedges, 4 oz</w:t>
            </w:r>
          </w:p>
        </w:tc>
        <w:tc>
          <w:tcPr>
            <w:tcW w:w="1134" w:type="dxa"/>
          </w:tcPr>
          <w:p w14:paraId="36F676A8" w14:textId="77777777" w:rsidR="00EA05EF" w:rsidRDefault="00EA05EF">
            <w:pPr>
              <w:cnfStyle w:val="000000000000" w:firstRow="0" w:lastRow="0" w:firstColumn="0" w:lastColumn="0" w:oddVBand="0" w:evenVBand="0" w:oddHBand="0" w:evenHBand="0" w:firstRowFirstColumn="0" w:firstRowLastColumn="0" w:lastRowFirstColumn="0" w:lastRowLastColumn="0"/>
            </w:pPr>
            <w:r>
              <w:t>Mixed fruit, 4 oz (cup)</w:t>
            </w:r>
          </w:p>
        </w:tc>
        <w:tc>
          <w:tcPr>
            <w:tcW w:w="850" w:type="dxa"/>
          </w:tcPr>
          <w:p w14:paraId="2832EB8A" w14:textId="77777777" w:rsidR="00EA05EF" w:rsidRDefault="00EA05EF">
            <w:pPr>
              <w:cnfStyle w:val="000000000000" w:firstRow="0" w:lastRow="0" w:firstColumn="0" w:lastColumn="0" w:oddVBand="0" w:evenVBand="0" w:oddHBand="0" w:evenHBand="0" w:firstRowFirstColumn="0" w:firstRowLastColumn="0" w:lastRowFirstColumn="0" w:lastRowLastColumn="0"/>
            </w:pPr>
            <w:r>
              <w:t>492</w:t>
            </w:r>
          </w:p>
        </w:tc>
        <w:tc>
          <w:tcPr>
            <w:tcW w:w="851" w:type="dxa"/>
          </w:tcPr>
          <w:p w14:paraId="4482E52C" w14:textId="77777777" w:rsidR="00EA05EF" w:rsidRDefault="00EA05EF">
            <w:pPr>
              <w:cnfStyle w:val="000000000000" w:firstRow="0" w:lastRow="0" w:firstColumn="0" w:lastColumn="0" w:oddVBand="0" w:evenVBand="0" w:oddHBand="0" w:evenHBand="0" w:firstRowFirstColumn="0" w:firstRowLastColumn="0" w:lastRowFirstColumn="0" w:lastRowLastColumn="0"/>
            </w:pPr>
            <w:r>
              <w:t>15.0</w:t>
            </w:r>
          </w:p>
        </w:tc>
        <w:tc>
          <w:tcPr>
            <w:tcW w:w="709" w:type="dxa"/>
          </w:tcPr>
          <w:p w14:paraId="6C9EB33B" w14:textId="77777777" w:rsidR="00EA05EF" w:rsidRDefault="00EA05EF">
            <w:pPr>
              <w:cnfStyle w:val="000000000000" w:firstRow="0" w:lastRow="0" w:firstColumn="0" w:lastColumn="0" w:oddVBand="0" w:evenVBand="0" w:oddHBand="0" w:evenHBand="0" w:firstRowFirstColumn="0" w:firstRowLastColumn="0" w:lastRowFirstColumn="0" w:lastRowLastColumn="0"/>
            </w:pPr>
            <w:r>
              <w:t>72.0</w:t>
            </w:r>
          </w:p>
        </w:tc>
        <w:tc>
          <w:tcPr>
            <w:tcW w:w="567" w:type="dxa"/>
          </w:tcPr>
          <w:p w14:paraId="1F4ECE01" w14:textId="77777777" w:rsidR="00EA05EF" w:rsidRDefault="00EA05EF">
            <w:pPr>
              <w:cnfStyle w:val="000000000000" w:firstRow="0" w:lastRow="0" w:firstColumn="0" w:lastColumn="0" w:oddVBand="0" w:evenVBand="0" w:oddHBand="0" w:evenHBand="0" w:firstRowFirstColumn="0" w:firstRowLastColumn="0" w:lastRowFirstColumn="0" w:lastRowLastColumn="0"/>
            </w:pPr>
            <w:r>
              <w:t>18.0</w:t>
            </w:r>
          </w:p>
        </w:tc>
        <w:tc>
          <w:tcPr>
            <w:tcW w:w="708" w:type="dxa"/>
          </w:tcPr>
          <w:p w14:paraId="4EAFBDFF" w14:textId="77777777" w:rsidR="00EA05EF" w:rsidRDefault="00EA05EF">
            <w:pPr>
              <w:cnfStyle w:val="000000000000" w:firstRow="0" w:lastRow="0" w:firstColumn="0" w:lastColumn="0" w:oddVBand="0" w:evenVBand="0" w:oddHBand="0" w:evenHBand="0" w:firstRowFirstColumn="0" w:firstRowLastColumn="0" w:lastRowFirstColumn="0" w:lastRowLastColumn="0"/>
            </w:pPr>
            <w:r>
              <w:t>0</w:t>
            </w:r>
          </w:p>
        </w:tc>
        <w:tc>
          <w:tcPr>
            <w:tcW w:w="851" w:type="dxa"/>
          </w:tcPr>
          <w:p w14:paraId="4718C9A9" w14:textId="77777777" w:rsidR="00EA05EF" w:rsidRDefault="00EA05EF">
            <w:pPr>
              <w:cnfStyle w:val="000000000000" w:firstRow="0" w:lastRow="0" w:firstColumn="0" w:lastColumn="0" w:oddVBand="0" w:evenVBand="0" w:oddHBand="0" w:evenHBand="0" w:firstRowFirstColumn="0" w:firstRowLastColumn="0" w:lastRowFirstColumn="0" w:lastRowLastColumn="0"/>
            </w:pPr>
            <w:r>
              <w:t>430</w:t>
            </w:r>
          </w:p>
        </w:tc>
      </w:tr>
      <w:tr w:rsidR="00EA05EF" w14:paraId="5A6DE590" w14:textId="77777777" w:rsidTr="00EA05EF">
        <w:tc>
          <w:tcPr>
            <w:cnfStyle w:val="001000000000" w:firstRow="0" w:lastRow="0" w:firstColumn="1" w:lastColumn="0" w:oddVBand="0" w:evenVBand="0" w:oddHBand="0" w:evenHBand="0" w:firstRowFirstColumn="0" w:firstRowLastColumn="0" w:lastRowFirstColumn="0" w:lastRowLastColumn="0"/>
            <w:tcW w:w="312" w:type="dxa"/>
          </w:tcPr>
          <w:p w14:paraId="6A81D6C7" w14:textId="77777777" w:rsidR="00EA05EF" w:rsidRDefault="00EA05EF">
            <w:r>
              <w:t>2</w:t>
            </w:r>
          </w:p>
        </w:tc>
        <w:tc>
          <w:tcPr>
            <w:tcW w:w="1011" w:type="dxa"/>
          </w:tcPr>
          <w:p w14:paraId="12198901" w14:textId="77777777" w:rsidR="00EA05EF" w:rsidRDefault="00EA05EF">
            <w:pPr>
              <w:cnfStyle w:val="000000000000" w:firstRow="0" w:lastRow="0" w:firstColumn="0" w:lastColumn="0" w:oddVBand="0" w:evenVBand="0" w:oddHBand="0" w:evenHBand="0" w:firstRowFirstColumn="0" w:firstRowLastColumn="0" w:lastRowFirstColumn="0" w:lastRowLastColumn="0"/>
            </w:pPr>
            <w:r>
              <w:t>Tuesday</w:t>
            </w:r>
          </w:p>
        </w:tc>
        <w:tc>
          <w:tcPr>
            <w:tcW w:w="1958" w:type="dxa"/>
          </w:tcPr>
          <w:p w14:paraId="78A9B6BD" w14:textId="77777777" w:rsidR="00EA05EF" w:rsidRDefault="00EA05EF">
            <w:pPr>
              <w:cnfStyle w:val="000000000000" w:firstRow="0" w:lastRow="0" w:firstColumn="0" w:lastColumn="0" w:oddVBand="0" w:evenVBand="0" w:oddHBand="0" w:evenHBand="0" w:firstRowFirstColumn="0" w:firstRowLastColumn="0" w:lastRowFirstColumn="0" w:lastRowLastColumn="0"/>
            </w:pPr>
            <w:r>
              <w:t>Italian Salad + Roll (ham/pepperoni/cheese)</w:t>
            </w:r>
          </w:p>
        </w:tc>
        <w:tc>
          <w:tcPr>
            <w:tcW w:w="1080" w:type="dxa"/>
          </w:tcPr>
          <w:p w14:paraId="21D46686" w14:textId="77777777" w:rsidR="00EA05EF" w:rsidRDefault="00EA05EF">
            <w:pPr>
              <w:cnfStyle w:val="000000000000" w:firstRow="0" w:lastRow="0" w:firstColumn="0" w:lastColumn="0" w:oddVBand="0" w:evenVBand="0" w:oddHBand="0" w:evenHBand="0" w:firstRowFirstColumn="0" w:firstRowLastColumn="0" w:lastRowFirstColumn="0" w:lastRowLastColumn="0"/>
            </w:pPr>
            <w:r>
              <w:t>Cucumbers, 4 oz</w:t>
            </w:r>
          </w:p>
        </w:tc>
        <w:tc>
          <w:tcPr>
            <w:tcW w:w="1134" w:type="dxa"/>
          </w:tcPr>
          <w:p w14:paraId="6C6DF1E0" w14:textId="77777777" w:rsidR="00EA05EF" w:rsidRDefault="00EA05EF">
            <w:pPr>
              <w:cnfStyle w:val="000000000000" w:firstRow="0" w:lastRow="0" w:firstColumn="0" w:lastColumn="0" w:oddVBand="0" w:evenVBand="0" w:oddHBand="0" w:evenHBand="0" w:firstRowFirstColumn="0" w:firstRowLastColumn="0" w:lastRowFirstColumn="0" w:lastRowLastColumn="0"/>
            </w:pPr>
            <w:r>
              <w:t>Peaches, 4 oz (cup)</w:t>
            </w:r>
          </w:p>
        </w:tc>
        <w:tc>
          <w:tcPr>
            <w:tcW w:w="850" w:type="dxa"/>
          </w:tcPr>
          <w:p w14:paraId="50E51E5A" w14:textId="77777777" w:rsidR="00EA05EF" w:rsidRDefault="00EA05EF">
            <w:pPr>
              <w:cnfStyle w:val="000000000000" w:firstRow="0" w:lastRow="0" w:firstColumn="0" w:lastColumn="0" w:oddVBand="0" w:evenVBand="0" w:oddHBand="0" w:evenHBand="0" w:firstRowFirstColumn="0" w:firstRowLastColumn="0" w:lastRowFirstColumn="0" w:lastRowLastColumn="0"/>
            </w:pPr>
            <w:r>
              <w:t>426</w:t>
            </w:r>
          </w:p>
        </w:tc>
        <w:tc>
          <w:tcPr>
            <w:tcW w:w="851" w:type="dxa"/>
          </w:tcPr>
          <w:p w14:paraId="00CA45D4" w14:textId="77777777" w:rsidR="00EA05EF" w:rsidRDefault="00EA05EF">
            <w:pPr>
              <w:cnfStyle w:val="000000000000" w:firstRow="0" w:lastRow="0" w:firstColumn="0" w:lastColumn="0" w:oddVBand="0" w:evenVBand="0" w:oddHBand="0" w:evenHBand="0" w:firstRowFirstColumn="0" w:firstRowLastColumn="0" w:lastRowFirstColumn="0" w:lastRowLastColumn="0"/>
            </w:pPr>
            <w:r>
              <w:t>28.0</w:t>
            </w:r>
          </w:p>
        </w:tc>
        <w:tc>
          <w:tcPr>
            <w:tcW w:w="709" w:type="dxa"/>
          </w:tcPr>
          <w:p w14:paraId="6AE59567" w14:textId="77777777" w:rsidR="00EA05EF" w:rsidRDefault="00EA05EF">
            <w:pPr>
              <w:cnfStyle w:val="000000000000" w:firstRow="0" w:lastRow="0" w:firstColumn="0" w:lastColumn="0" w:oddVBand="0" w:evenVBand="0" w:oddHBand="0" w:evenHBand="0" w:firstRowFirstColumn="0" w:firstRowLastColumn="0" w:lastRowFirstColumn="0" w:lastRowLastColumn="0"/>
            </w:pPr>
            <w:r>
              <w:t>44.0</w:t>
            </w:r>
          </w:p>
        </w:tc>
        <w:tc>
          <w:tcPr>
            <w:tcW w:w="567" w:type="dxa"/>
          </w:tcPr>
          <w:p w14:paraId="04A183E3" w14:textId="77777777" w:rsidR="00EA05EF" w:rsidRDefault="00EA05EF">
            <w:pPr>
              <w:cnfStyle w:val="000000000000" w:firstRow="0" w:lastRow="0" w:firstColumn="0" w:lastColumn="0" w:oddVBand="0" w:evenVBand="0" w:oddHBand="0" w:evenHBand="0" w:firstRowFirstColumn="0" w:firstRowLastColumn="0" w:lastRowFirstColumn="0" w:lastRowLastColumn="0"/>
            </w:pPr>
            <w:r>
              <w:t>17.0</w:t>
            </w:r>
          </w:p>
        </w:tc>
        <w:tc>
          <w:tcPr>
            <w:tcW w:w="708" w:type="dxa"/>
          </w:tcPr>
          <w:p w14:paraId="090AF785" w14:textId="77777777" w:rsidR="00EA05EF" w:rsidRDefault="00EA05EF">
            <w:pPr>
              <w:cnfStyle w:val="000000000000" w:firstRow="0" w:lastRow="0" w:firstColumn="0" w:lastColumn="0" w:oddVBand="0" w:evenVBand="0" w:oddHBand="0" w:evenHBand="0" w:firstRowFirstColumn="0" w:firstRowLastColumn="0" w:lastRowFirstColumn="0" w:lastRowLastColumn="0"/>
            </w:pPr>
            <w:r>
              <w:t>80</w:t>
            </w:r>
          </w:p>
        </w:tc>
        <w:tc>
          <w:tcPr>
            <w:tcW w:w="851" w:type="dxa"/>
          </w:tcPr>
          <w:p w14:paraId="04C64D83" w14:textId="77777777" w:rsidR="00EA05EF" w:rsidRDefault="00EA05EF">
            <w:pPr>
              <w:cnfStyle w:val="000000000000" w:firstRow="0" w:lastRow="0" w:firstColumn="0" w:lastColumn="0" w:oddVBand="0" w:evenVBand="0" w:oddHBand="0" w:evenHBand="0" w:firstRowFirstColumn="0" w:firstRowLastColumn="0" w:lastRowFirstColumn="0" w:lastRowLastColumn="0"/>
            </w:pPr>
            <w:r>
              <w:t>1757</w:t>
            </w:r>
          </w:p>
        </w:tc>
      </w:tr>
      <w:tr w:rsidR="00EA05EF" w14:paraId="7203D17E" w14:textId="77777777" w:rsidTr="00EA05EF">
        <w:tc>
          <w:tcPr>
            <w:cnfStyle w:val="001000000000" w:firstRow="0" w:lastRow="0" w:firstColumn="1" w:lastColumn="0" w:oddVBand="0" w:evenVBand="0" w:oddHBand="0" w:evenHBand="0" w:firstRowFirstColumn="0" w:firstRowLastColumn="0" w:lastRowFirstColumn="0" w:lastRowLastColumn="0"/>
            <w:tcW w:w="312" w:type="dxa"/>
          </w:tcPr>
          <w:p w14:paraId="450CBA33" w14:textId="77777777" w:rsidR="00EA05EF" w:rsidRDefault="00EA05EF">
            <w:r>
              <w:t>3</w:t>
            </w:r>
          </w:p>
        </w:tc>
        <w:tc>
          <w:tcPr>
            <w:tcW w:w="1011" w:type="dxa"/>
          </w:tcPr>
          <w:p w14:paraId="14501E28" w14:textId="77777777" w:rsidR="00EA05EF" w:rsidRDefault="00EA05EF">
            <w:pPr>
              <w:cnfStyle w:val="000000000000" w:firstRow="0" w:lastRow="0" w:firstColumn="0" w:lastColumn="0" w:oddVBand="0" w:evenVBand="0" w:oddHBand="0" w:evenHBand="0" w:firstRowFirstColumn="0" w:firstRowLastColumn="0" w:lastRowFirstColumn="0" w:lastRowLastColumn="0"/>
            </w:pPr>
            <w:r>
              <w:t>Wednesday</w:t>
            </w:r>
          </w:p>
        </w:tc>
        <w:tc>
          <w:tcPr>
            <w:tcW w:w="1958" w:type="dxa"/>
          </w:tcPr>
          <w:p w14:paraId="60A1A006" w14:textId="77777777" w:rsidR="00EA05EF" w:rsidRDefault="00EA05EF">
            <w:pPr>
              <w:cnfStyle w:val="000000000000" w:firstRow="0" w:lastRow="0" w:firstColumn="0" w:lastColumn="0" w:oddVBand="0" w:evenVBand="0" w:oddHBand="0" w:evenHBand="0" w:firstRowFirstColumn="0" w:firstRowLastColumn="0" w:lastRowFirstColumn="0" w:lastRowLastColumn="0"/>
            </w:pPr>
            <w:r>
              <w:t>Mini Pancakes + Scrambled Eggs</w:t>
            </w:r>
          </w:p>
        </w:tc>
        <w:tc>
          <w:tcPr>
            <w:tcW w:w="1080" w:type="dxa"/>
          </w:tcPr>
          <w:p w14:paraId="3384E890" w14:textId="77777777" w:rsidR="00EA05EF" w:rsidRDefault="00EA05EF">
            <w:pPr>
              <w:cnfStyle w:val="000000000000" w:firstRow="0" w:lastRow="0" w:firstColumn="0" w:lastColumn="0" w:oddVBand="0" w:evenVBand="0" w:oddHBand="0" w:evenHBand="0" w:firstRowFirstColumn="0" w:firstRowLastColumn="0" w:lastRowFirstColumn="0" w:lastRowLastColumn="0"/>
            </w:pPr>
            <w:r>
              <w:t>Celery, 4 oz</w:t>
            </w:r>
          </w:p>
        </w:tc>
        <w:tc>
          <w:tcPr>
            <w:tcW w:w="1134" w:type="dxa"/>
          </w:tcPr>
          <w:p w14:paraId="0CDAA2C0" w14:textId="77777777" w:rsidR="00EA05EF" w:rsidRDefault="00EA05EF">
            <w:pPr>
              <w:cnfStyle w:val="000000000000" w:firstRow="0" w:lastRow="0" w:firstColumn="0" w:lastColumn="0" w:oddVBand="0" w:evenVBand="0" w:oddHBand="0" w:evenHBand="0" w:firstRowFirstColumn="0" w:firstRowLastColumn="0" w:lastRowFirstColumn="0" w:lastRowLastColumn="0"/>
            </w:pPr>
            <w:r>
              <w:t>Pears, 4 oz (cup)</w:t>
            </w:r>
          </w:p>
        </w:tc>
        <w:tc>
          <w:tcPr>
            <w:tcW w:w="850" w:type="dxa"/>
          </w:tcPr>
          <w:p w14:paraId="3AA24956" w14:textId="77777777" w:rsidR="00EA05EF" w:rsidRDefault="00EA05EF">
            <w:pPr>
              <w:cnfStyle w:val="000000000000" w:firstRow="0" w:lastRow="0" w:firstColumn="0" w:lastColumn="0" w:oddVBand="0" w:evenVBand="0" w:oddHBand="0" w:evenHBand="0" w:firstRowFirstColumn="0" w:firstRowLastColumn="0" w:lastRowFirstColumn="0" w:lastRowLastColumn="0"/>
            </w:pPr>
            <w:r>
              <w:t>400</w:t>
            </w:r>
          </w:p>
        </w:tc>
        <w:tc>
          <w:tcPr>
            <w:tcW w:w="851" w:type="dxa"/>
          </w:tcPr>
          <w:p w14:paraId="7EE43ACF" w14:textId="77777777" w:rsidR="00EA05EF" w:rsidRDefault="00EA05EF">
            <w:pPr>
              <w:cnfStyle w:val="000000000000" w:firstRow="0" w:lastRow="0" w:firstColumn="0" w:lastColumn="0" w:oddVBand="0" w:evenVBand="0" w:oddHBand="0" w:evenHBand="0" w:firstRowFirstColumn="0" w:firstRowLastColumn="0" w:lastRowFirstColumn="0" w:lastRowLastColumn="0"/>
            </w:pPr>
            <w:r>
              <w:t>14.0</w:t>
            </w:r>
          </w:p>
        </w:tc>
        <w:tc>
          <w:tcPr>
            <w:tcW w:w="709" w:type="dxa"/>
          </w:tcPr>
          <w:p w14:paraId="14B11DD9" w14:textId="77777777" w:rsidR="00EA05EF" w:rsidRDefault="00EA05EF">
            <w:pPr>
              <w:cnfStyle w:val="000000000000" w:firstRow="0" w:lastRow="0" w:firstColumn="0" w:lastColumn="0" w:oddVBand="0" w:evenVBand="0" w:oddHBand="0" w:evenHBand="0" w:firstRowFirstColumn="0" w:firstRowLastColumn="0" w:lastRowFirstColumn="0" w:lastRowLastColumn="0"/>
            </w:pPr>
            <w:r>
              <w:t>62.0</w:t>
            </w:r>
          </w:p>
        </w:tc>
        <w:tc>
          <w:tcPr>
            <w:tcW w:w="567" w:type="dxa"/>
          </w:tcPr>
          <w:p w14:paraId="69D2D10A" w14:textId="77777777" w:rsidR="00EA05EF" w:rsidRDefault="00EA05EF">
            <w:pPr>
              <w:cnfStyle w:val="000000000000" w:firstRow="0" w:lastRow="0" w:firstColumn="0" w:lastColumn="0" w:oddVBand="0" w:evenVBand="0" w:oddHBand="0" w:evenHBand="0" w:firstRowFirstColumn="0" w:firstRowLastColumn="0" w:lastRowFirstColumn="0" w:lastRowLastColumn="0"/>
            </w:pPr>
            <w:r>
              <w:t>12.0</w:t>
            </w:r>
          </w:p>
        </w:tc>
        <w:tc>
          <w:tcPr>
            <w:tcW w:w="708" w:type="dxa"/>
          </w:tcPr>
          <w:p w14:paraId="3FB983F1" w14:textId="77777777" w:rsidR="00EA05EF" w:rsidRDefault="00EA05EF">
            <w:pPr>
              <w:cnfStyle w:val="000000000000" w:firstRow="0" w:lastRow="0" w:firstColumn="0" w:lastColumn="0" w:oddVBand="0" w:evenVBand="0" w:oddHBand="0" w:evenHBand="0" w:firstRowFirstColumn="0" w:firstRowLastColumn="0" w:lastRowFirstColumn="0" w:lastRowLastColumn="0"/>
            </w:pPr>
            <w:r>
              <w:t>195</w:t>
            </w:r>
          </w:p>
        </w:tc>
        <w:tc>
          <w:tcPr>
            <w:tcW w:w="851" w:type="dxa"/>
          </w:tcPr>
          <w:p w14:paraId="4B0784B9" w14:textId="77777777" w:rsidR="00EA05EF" w:rsidRDefault="00EA05EF">
            <w:pPr>
              <w:cnfStyle w:val="000000000000" w:firstRow="0" w:lastRow="0" w:firstColumn="0" w:lastColumn="0" w:oddVBand="0" w:evenVBand="0" w:oddHBand="0" w:evenHBand="0" w:firstRowFirstColumn="0" w:firstRowLastColumn="0" w:lastRowFirstColumn="0" w:lastRowLastColumn="0"/>
            </w:pPr>
            <w:r>
              <w:t>605</w:t>
            </w:r>
          </w:p>
        </w:tc>
      </w:tr>
    </w:tbl>
    <w:p w14:paraId="638897D8" w14:textId="3B585ADD" w:rsidR="0013513F" w:rsidRDefault="0013513F"/>
    <w:p w14:paraId="3FD439F3" w14:textId="11815363" w:rsidR="00C71C90" w:rsidRDefault="00C71C90">
      <w:r>
        <w:t xml:space="preserve">Pictures from </w:t>
      </w:r>
      <w:proofErr w:type="gramStart"/>
      <w:r>
        <w:t>( A</w:t>
      </w:r>
      <w:proofErr w:type="gramEnd"/>
      <w:r>
        <w:t xml:space="preserve"> guide to smart snacks in </w:t>
      </w:r>
      <w:proofErr w:type="gramStart"/>
      <w:r>
        <w:t>school )</w:t>
      </w:r>
      <w:proofErr w:type="gramEnd"/>
    </w:p>
    <w:p w14:paraId="31DAFE7D" w14:textId="7FF83574" w:rsidR="00C71C90" w:rsidRDefault="00A06CDC" w:rsidP="00A06CDC">
      <w:r>
        <w:rPr>
          <w:noProof/>
        </w:rPr>
        <w:drawing>
          <wp:anchor distT="0" distB="0" distL="114300" distR="114300" simplePos="0" relativeHeight="251658240" behindDoc="0" locked="0" layoutInCell="1" allowOverlap="1" wp14:anchorId="236231C7" wp14:editId="15DA7137">
            <wp:simplePos x="0" y="0"/>
            <wp:positionH relativeFrom="column">
              <wp:posOffset>4112291</wp:posOffset>
            </wp:positionH>
            <wp:positionV relativeFrom="paragraph">
              <wp:posOffset>810322</wp:posOffset>
            </wp:positionV>
            <wp:extent cx="2102485" cy="2682647"/>
            <wp:effectExtent l="0" t="0" r="5715" b="0"/>
            <wp:wrapNone/>
            <wp:docPr id="225273991" name="Picture 7"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73991" name="Picture 7" descr="A screenshot of a book&#10;&#10;AI-generated content may be incorrect."/>
                    <pic:cNvPicPr/>
                  </pic:nvPicPr>
                  <pic:blipFill rotWithShape="1">
                    <a:blip r:embed="rId9"/>
                    <a:srcRect l="30902" t="6290" r="30759" b="15440"/>
                    <a:stretch>
                      <a:fillRect/>
                    </a:stretch>
                  </pic:blipFill>
                  <pic:spPr bwMode="auto">
                    <a:xfrm>
                      <a:off x="0" y="0"/>
                      <a:ext cx="2102485" cy="2682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C90">
        <w:rPr>
          <w:noProof/>
        </w:rPr>
        <w:drawing>
          <wp:inline distT="0" distB="0" distL="0" distR="0" wp14:anchorId="3F34A4FC" wp14:editId="1C8BDC7B">
            <wp:extent cx="2081530" cy="2728332"/>
            <wp:effectExtent l="0" t="0" r="1270" b="2540"/>
            <wp:docPr id="738676543" name="Picture 3"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76543" name="Picture 3" descr="A screenshot of a web page&#10;&#10;AI-generated content may be incorrect."/>
                    <pic:cNvPicPr/>
                  </pic:nvPicPr>
                  <pic:blipFill rotWithShape="1">
                    <a:blip r:embed="rId10"/>
                    <a:srcRect l="31167" t="11492" r="30890" b="8933"/>
                    <a:stretch>
                      <a:fillRect/>
                    </a:stretch>
                  </pic:blipFill>
                  <pic:spPr bwMode="auto">
                    <a:xfrm>
                      <a:off x="0" y="0"/>
                      <a:ext cx="2081770" cy="2728647"/>
                    </a:xfrm>
                    <a:prstGeom prst="rect">
                      <a:avLst/>
                    </a:prstGeom>
                    <a:ln>
                      <a:noFill/>
                    </a:ln>
                    <a:extLst>
                      <a:ext uri="{53640926-AAD7-44D8-BBD7-CCE9431645EC}">
                        <a14:shadowObscured xmlns:a14="http://schemas.microsoft.com/office/drawing/2010/main"/>
                      </a:ext>
                    </a:extLst>
                  </pic:spPr>
                </pic:pic>
              </a:graphicData>
            </a:graphic>
          </wp:inline>
        </w:drawing>
      </w:r>
      <w:r w:rsidR="00C71C90">
        <w:rPr>
          <w:noProof/>
        </w:rPr>
        <w:drawing>
          <wp:inline distT="0" distB="0" distL="0" distR="0" wp14:anchorId="1048B06C" wp14:editId="76A5BFA7">
            <wp:extent cx="2029460" cy="2928679"/>
            <wp:effectExtent l="0" t="0" r="2540" b="5080"/>
            <wp:docPr id="31752844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8441" name="Picture 4" descr="A screenshot of a computer&#10;&#10;AI-generated content may be incorrect."/>
                    <pic:cNvPicPr/>
                  </pic:nvPicPr>
                  <pic:blipFill rotWithShape="1">
                    <a:blip r:embed="rId11"/>
                    <a:srcRect l="31572" t="7589" r="31432" b="6989"/>
                    <a:stretch>
                      <a:fillRect/>
                    </a:stretch>
                  </pic:blipFill>
                  <pic:spPr bwMode="auto">
                    <a:xfrm>
                      <a:off x="0" y="0"/>
                      <a:ext cx="2029765" cy="2929119"/>
                    </a:xfrm>
                    <a:prstGeom prst="rect">
                      <a:avLst/>
                    </a:prstGeom>
                    <a:ln>
                      <a:noFill/>
                    </a:ln>
                    <a:extLst>
                      <a:ext uri="{53640926-AAD7-44D8-BBD7-CCE9431645EC}">
                        <a14:shadowObscured xmlns:a14="http://schemas.microsoft.com/office/drawing/2010/main"/>
                      </a:ext>
                    </a:extLst>
                  </pic:spPr>
                </pic:pic>
              </a:graphicData>
            </a:graphic>
          </wp:inline>
        </w:drawing>
      </w:r>
      <w:r w:rsidR="00C71C90">
        <w:rPr>
          <w:noProof/>
        </w:rPr>
        <w:drawing>
          <wp:inline distT="0" distB="0" distL="0" distR="0" wp14:anchorId="20779BCA" wp14:editId="14369B50">
            <wp:extent cx="1962150" cy="2415366"/>
            <wp:effectExtent l="0" t="0" r="0" b="0"/>
            <wp:docPr id="1248103493"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03493" name="Picture 5" descr="A screenshot of a computer&#10;&#10;AI-generated content may be incorrect."/>
                    <pic:cNvPicPr/>
                  </pic:nvPicPr>
                  <pic:blipFill rotWithShape="1">
                    <a:blip r:embed="rId12"/>
                    <a:srcRect l="31436" t="10194" r="32785" b="19337"/>
                    <a:stretch>
                      <a:fillRect/>
                    </a:stretch>
                  </pic:blipFill>
                  <pic:spPr bwMode="auto">
                    <a:xfrm>
                      <a:off x="0" y="0"/>
                      <a:ext cx="1962968" cy="2416373"/>
                    </a:xfrm>
                    <a:prstGeom prst="rect">
                      <a:avLst/>
                    </a:prstGeom>
                    <a:ln>
                      <a:noFill/>
                    </a:ln>
                    <a:extLst>
                      <a:ext uri="{53640926-AAD7-44D8-BBD7-CCE9431645EC}">
                        <a14:shadowObscured xmlns:a14="http://schemas.microsoft.com/office/drawing/2010/main"/>
                      </a:ext>
                    </a:extLst>
                  </pic:spPr>
                </pic:pic>
              </a:graphicData>
            </a:graphic>
          </wp:inline>
        </w:drawing>
      </w:r>
      <w:r w:rsidR="00C71C90">
        <w:rPr>
          <w:noProof/>
        </w:rPr>
        <w:drawing>
          <wp:inline distT="0" distB="0" distL="0" distR="0" wp14:anchorId="05258BCC" wp14:editId="11358E5B">
            <wp:extent cx="2021840" cy="2661425"/>
            <wp:effectExtent l="0" t="0" r="0" b="5715"/>
            <wp:docPr id="146827258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72585" name="Picture 6" descr="A screenshot of a computer&#10;&#10;AI-generated content may be incorrect."/>
                    <pic:cNvPicPr/>
                  </pic:nvPicPr>
                  <pic:blipFill rotWithShape="1">
                    <a:blip r:embed="rId13"/>
                    <a:srcRect l="31166" t="15610" r="31970" b="6747"/>
                    <a:stretch>
                      <a:fillRect/>
                    </a:stretch>
                  </pic:blipFill>
                  <pic:spPr bwMode="auto">
                    <a:xfrm>
                      <a:off x="0" y="0"/>
                      <a:ext cx="2022543" cy="2662350"/>
                    </a:xfrm>
                    <a:prstGeom prst="rect">
                      <a:avLst/>
                    </a:prstGeom>
                    <a:ln>
                      <a:noFill/>
                    </a:ln>
                    <a:extLst>
                      <a:ext uri="{53640926-AAD7-44D8-BBD7-CCE9431645EC}">
                        <a14:shadowObscured xmlns:a14="http://schemas.microsoft.com/office/drawing/2010/main"/>
                      </a:ext>
                    </a:extLst>
                  </pic:spPr>
                </pic:pic>
              </a:graphicData>
            </a:graphic>
          </wp:inline>
        </w:drawing>
      </w:r>
    </w:p>
    <w:p w14:paraId="50CB6131" w14:textId="77777777" w:rsidR="00C71C90" w:rsidRDefault="00C71C90"/>
    <w:p w14:paraId="5B698303" w14:textId="77777777" w:rsidR="0013513F" w:rsidRDefault="0013513F"/>
    <w:sectPr w:rsidR="0013513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63622014">
    <w:abstractNumId w:val="8"/>
  </w:num>
  <w:num w:numId="2" w16cid:durableId="1835417069">
    <w:abstractNumId w:val="6"/>
  </w:num>
  <w:num w:numId="3" w16cid:durableId="169107234">
    <w:abstractNumId w:val="5"/>
  </w:num>
  <w:num w:numId="4" w16cid:durableId="1086921033">
    <w:abstractNumId w:val="4"/>
  </w:num>
  <w:num w:numId="5" w16cid:durableId="1086073542">
    <w:abstractNumId w:val="7"/>
  </w:num>
  <w:num w:numId="6" w16cid:durableId="1892188139">
    <w:abstractNumId w:val="3"/>
  </w:num>
  <w:num w:numId="7" w16cid:durableId="696271926">
    <w:abstractNumId w:val="2"/>
  </w:num>
  <w:num w:numId="8" w16cid:durableId="789012775">
    <w:abstractNumId w:val="1"/>
  </w:num>
  <w:num w:numId="9" w16cid:durableId="1244611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3513F"/>
    <w:rsid w:val="0015074B"/>
    <w:rsid w:val="001B7386"/>
    <w:rsid w:val="00231FDC"/>
    <w:rsid w:val="0029639D"/>
    <w:rsid w:val="00326F90"/>
    <w:rsid w:val="003F09F8"/>
    <w:rsid w:val="00853215"/>
    <w:rsid w:val="009D6DA1"/>
    <w:rsid w:val="00A00906"/>
    <w:rsid w:val="00A06CDC"/>
    <w:rsid w:val="00AA1D8D"/>
    <w:rsid w:val="00B47730"/>
    <w:rsid w:val="00C71C90"/>
    <w:rsid w:val="00C91BA7"/>
    <w:rsid w:val="00CB0664"/>
    <w:rsid w:val="00D66C89"/>
    <w:rsid w:val="00EA05EF"/>
    <w:rsid w:val="00F9276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877441"/>
  <w14:defaultImageDpi w14:val="300"/>
  <w15:docId w15:val="{0AA8A1ED-3B9D-FC4F-A827-A941E539E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dTable1Light-Accent1">
    <w:name w:val="Grid Table 1 Light Accent 1"/>
    <w:basedOn w:val="TableNormal"/>
    <w:uiPriority w:val="46"/>
    <w:rsid w:val="001B738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B738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A05EF"/>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A05E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231FDC"/>
    <w:rPr>
      <w:color w:val="0000FF" w:themeColor="hyperlink"/>
      <w:u w:val="single"/>
    </w:rPr>
  </w:style>
  <w:style w:type="character" w:styleId="UnresolvedMention">
    <w:name w:val="Unresolved Mention"/>
    <w:basedOn w:val="DefaultParagraphFont"/>
    <w:uiPriority w:val="99"/>
    <w:semiHidden/>
    <w:unhideWhenUsed/>
    <w:rsid w:val="00231FDC"/>
    <w:rPr>
      <w:color w:val="605E5C"/>
      <w:shd w:val="clear" w:color="auto" w:fill="E1DFDD"/>
    </w:rPr>
  </w:style>
  <w:style w:type="character" w:styleId="FollowedHyperlink">
    <w:name w:val="FollowedHyperlink"/>
    <w:basedOn w:val="DefaultParagraphFont"/>
    <w:uiPriority w:val="99"/>
    <w:semiHidden/>
    <w:unhideWhenUsed/>
    <w:rsid w:val="00D66C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odplanner.healthiergeneration.org/calculato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Dasa, Asma</cp:lastModifiedBy>
  <cp:revision>3</cp:revision>
  <dcterms:created xsi:type="dcterms:W3CDTF">2025-10-07T16:53:00Z</dcterms:created>
  <dcterms:modified xsi:type="dcterms:W3CDTF">2025-10-21T17:55:00Z</dcterms:modified>
  <cp:category/>
</cp:coreProperties>
</file>